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FRISTSETZUNG ZUR RÜCKERSTATTUNG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Name: ______________________________________________________________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</w:t>
      </w:r>
    </w:p>
    <w:p>
      <w:r>
        <w:rPr>
          <w:b w:val="0"/>
          <w:sz w:val="20"/>
        </w:rPr>
        <w:t>Telefon/E-Mail: ______________________________________________________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Name/Firma: 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/>
          <w:sz w:val="20"/>
        </w:rPr>
        <w:t>Fristsetzung zur Rückerstattung von geleisteten Zahlungen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setze ich Ihnen eine Frist zur Rückerstattung folgender Zahlung(en):</w:t>
      </w:r>
    </w:p>
    <w:p>
      <w:r>
        <w:rPr>
          <w:b w:val="0"/>
          <w:sz w:val="20"/>
        </w:rPr>
        <w:t>Betrag: ______________________________________________________________</w:t>
      </w:r>
    </w:p>
    <w:p>
      <w:r>
        <w:rPr>
          <w:b w:val="0"/>
          <w:sz w:val="20"/>
        </w:rPr>
        <w:t>Zahlungsdatum: ______________________________________________________</w:t>
      </w:r>
    </w:p>
    <w:p>
      <w:r>
        <w:rPr>
          <w:b w:val="0"/>
          <w:sz w:val="20"/>
        </w:rPr>
        <w:t>Grund der Rückforderung: ____________________________________________</w:t>
      </w:r>
    </w:p>
    <w:p/>
    <w:p>
      <w:r>
        <w:rPr>
          <w:b w:val="0"/>
          <w:sz w:val="20"/>
        </w:rPr>
        <w:t>Ich fordere Sie auf, den genannten Betrag bis spätestens zum untenstehenden Datum auf folgendes Konto zurückzuerstatten:</w:t>
      </w:r>
    </w:p>
    <w:p>
      <w:r>
        <w:rPr>
          <w:b w:val="0"/>
          <w:sz w:val="20"/>
        </w:rPr>
        <w:t>Kontoinhaber: ________________________________________________________</w:t>
      </w:r>
    </w:p>
    <w:p>
      <w:r>
        <w:rPr>
          <w:b w:val="0"/>
          <w:sz w:val="20"/>
        </w:rPr>
        <w:t>IBAN: _______________________________________________________________</w:t>
      </w:r>
    </w:p>
    <w:p>
      <w:r>
        <w:rPr>
          <w:b w:val="0"/>
          <w:sz w:val="20"/>
        </w:rPr>
        <w:t>BIC: ________________________________________________________________</w:t>
      </w:r>
    </w:p>
    <w:p/>
    <w:p>
      <w:r>
        <w:rPr>
          <w:b w:val="0"/>
          <w:sz w:val="20"/>
        </w:rPr>
        <w:t>Sollte die Rückerstattung nicht fristgerecht erfolgen, behalte ich mir rechtliche Schritte vor, einschließlich der Einleitung eines gerichtlichen Mahnverfahrens.</w:t>
      </w:r>
    </w:p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Ort, Datum: 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Ort, Datum: 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Absender: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Empfänger (optional): 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https://vertraege-experte.com/fristsetzung-ruckerstattung/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fristsetzung-ruckerstattung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