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KAUFVERTRAG ÜBER EINEN BAUWAGEN</w:t>
      </w:r>
    </w:p>
    <w:p/>
    <w:p>
      <w:r>
        <w:rPr>
          <w:b/>
          <w:sz w:val="24"/>
        </w:rPr>
        <w:t>VERKÄUFER:</w:t>
      </w:r>
    </w:p>
    <w:p>
      <w:r>
        <w:rPr>
          <w:b w:val="0"/>
          <w:sz w:val="20"/>
        </w:rPr>
        <w:t>Name/Firma: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4"/>
        </w:rPr>
        <w:t>KAUFKÄUFER:</w:t>
      </w:r>
    </w:p>
    <w:p>
      <w:r>
        <w:rPr>
          <w:b w:val="0"/>
          <w:sz w:val="20"/>
        </w:rPr>
        <w:t>Name/Firma: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0"/>
        </w:rPr>
        <w:t>§1 Vertragsgegenstand</w:t>
      </w:r>
    </w:p>
    <w:p>
      <w:r>
        <w:rPr>
          <w:b w:val="0"/>
          <w:sz w:val="20"/>
        </w:rPr>
        <w:t>Der Verkäufer verkauft dem Käufer den Bauwagen mit folgenden Merkmalen:</w:t>
      </w:r>
    </w:p>
    <w:p>
      <w:r>
        <w:rPr>
          <w:b w:val="0"/>
          <w:sz w:val="20"/>
        </w:rPr>
        <w:t>- Baujahr:</w:t>
      </w:r>
    </w:p>
    <w:p>
      <w:r>
        <w:rPr>
          <w:b w:val="0"/>
          <w:sz w:val="20"/>
        </w:rPr>
        <w:t>- Marke/Hersteller:</w:t>
      </w:r>
    </w:p>
    <w:p>
      <w:r>
        <w:rPr>
          <w:b w:val="0"/>
          <w:sz w:val="20"/>
        </w:rPr>
        <w:t>- Modell/Typ:</w:t>
      </w:r>
    </w:p>
    <w:p>
      <w:r>
        <w:rPr>
          <w:b w:val="0"/>
          <w:sz w:val="20"/>
        </w:rPr>
        <w:t>- Farbe:</w:t>
      </w:r>
    </w:p>
    <w:p>
      <w:r>
        <w:rPr>
          <w:b w:val="0"/>
          <w:sz w:val="20"/>
        </w:rPr>
        <w:t>- Fahrzeug-Identifizierungsnummer (VIN), sofern vorhanden:</w:t>
      </w:r>
    </w:p>
    <w:p>
      <w:r>
        <w:rPr>
          <w:b w:val="0"/>
          <w:sz w:val="20"/>
        </w:rPr>
        <w:t>- Zustand/Beschreibung:</w:t>
      </w:r>
    </w:p>
    <w:p>
      <w:r>
        <w:rPr>
          <w:b w:val="0"/>
          <w:sz w:val="20"/>
        </w:rPr>
        <w:t>- Ausstattung/Zubehör:</w:t>
      </w:r>
    </w:p>
    <w:p/>
    <w:p>
      <w:r>
        <w:rPr>
          <w:b/>
          <w:sz w:val="20"/>
        </w:rPr>
        <w:t>§2 Kaufpreis und Zahlung</w:t>
      </w:r>
    </w:p>
    <w:p>
      <w:r>
        <w:rPr>
          <w:b w:val="0"/>
          <w:sz w:val="20"/>
        </w:rPr>
        <w:t>Der Kaufpreis für den Bauwagen beträgt EUR ____________.</w:t>
      </w:r>
    </w:p>
    <w:p>
      <w:r>
        <w:rPr>
          <w:b w:val="0"/>
          <w:sz w:val="20"/>
        </w:rPr>
        <w:t>Der Kaufpreis ist wie folgt zu zahlen:</w:t>
      </w:r>
    </w:p>
    <w:p>
      <w:r>
        <w:rPr>
          <w:b w:val="0"/>
          <w:sz w:val="20"/>
        </w:rPr>
        <w:t>- Anzahlung (falls vereinbart): EUR ____________</w:t>
      </w:r>
    </w:p>
    <w:p>
      <w:r>
        <w:rPr>
          <w:b w:val="0"/>
          <w:sz w:val="20"/>
        </w:rPr>
        <w:t>- Restzahlung bei Übergabe: EUR ____________</w:t>
      </w:r>
    </w:p>
    <w:p>
      <w:r>
        <w:rPr>
          <w:b w:val="0"/>
          <w:sz w:val="20"/>
        </w:rPr>
        <w:t>Die Zahlung erfolgt per Überweisung/Barzahlung (bitte auswählen):</w:t>
      </w:r>
    </w:p>
    <w:p/>
    <w:p>
      <w:r>
        <w:rPr>
          <w:b/>
          <w:sz w:val="20"/>
        </w:rPr>
        <w:t>§3 Übergabe und Gefahrübergang</w:t>
      </w:r>
    </w:p>
    <w:p>
      <w:r>
        <w:rPr>
          <w:b w:val="0"/>
          <w:sz w:val="20"/>
        </w:rPr>
        <w:t>Die Übergabe des Bauwagens erfolgt am ____________________ an folgendem Ort:</w:t>
      </w:r>
    </w:p>
    <w:p>
      <w:r>
        <w:rPr>
          <w:b w:val="0"/>
          <w:sz w:val="20"/>
        </w:rPr>
        <w:t>__________________________________________________________</w:t>
      </w:r>
    </w:p>
    <w:p>
      <w:r>
        <w:rPr>
          <w:b w:val="0"/>
          <w:sz w:val="20"/>
        </w:rPr>
        <w:t>Mit der Übergabe geht die Gefahr des zufälligen Untergangs oder der Verschlechterung auf den Käufer über.</w:t>
      </w:r>
    </w:p>
    <w:p/>
    <w:p>
      <w:r>
        <w:rPr>
          <w:b/>
          <w:sz w:val="20"/>
        </w:rPr>
        <w:t>§4 Eigentumsübergang</w:t>
      </w:r>
    </w:p>
    <w:p>
      <w:r>
        <w:rPr>
          <w:b w:val="0"/>
          <w:sz w:val="20"/>
        </w:rPr>
        <w:t>Das Eigentum am Bauwagen geht mit vollständiger Zahlung des Kaufpreises auf den Käufer über.</w:t>
      </w:r>
    </w:p>
    <w:p/>
    <w:p>
      <w:r>
        <w:rPr>
          <w:b/>
          <w:sz w:val="20"/>
        </w:rPr>
        <w:t>§5 Gewährleistung</w:t>
      </w:r>
    </w:p>
    <w:p>
      <w:r>
        <w:rPr>
          <w:b w:val="0"/>
          <w:sz w:val="20"/>
        </w:rPr>
        <w:t>Der Bauwagen wird unter Ausschluss jeglicher Gewährleistung verkauft, soweit gesetzlich zulässig.</w:t>
      </w:r>
    </w:p>
    <w:p>
      <w:r>
        <w:rPr>
          <w:b w:val="0"/>
          <w:sz w:val="20"/>
        </w:rPr>
        <w:t>Dies gilt nicht für Ansprüche aus Verletzung von Leben, Körper, Gesundheit oder grob fahrlässiger oder vorsätzlicher Pflichtverletzung.</w:t>
      </w:r>
    </w:p>
    <w:p/>
    <w:p>
      <w:r>
        <w:rPr>
          <w:b/>
          <w:sz w:val="20"/>
        </w:rPr>
        <w:t>§6 Haftung</w:t>
      </w:r>
    </w:p>
    <w:p>
      <w:r>
        <w:rPr>
          <w:b w:val="0"/>
          <w:sz w:val="20"/>
        </w:rPr>
        <w:t>Der Verkäufer haftet nur für Vorsatz und grobe Fahrlässigkeit.</w:t>
      </w:r>
    </w:p>
    <w:p>
      <w:r>
        <w:rPr>
          <w:b w:val="0"/>
          <w:sz w:val="20"/>
        </w:rPr>
        <w:t>Die Haftung für mittelbare Schäden und Folgeschäden ist ausgeschlossen.</w:t>
      </w:r>
    </w:p>
    <w:p/>
    <w:p>
      <w:r>
        <w:rPr>
          <w:b/>
          <w:sz w:val="20"/>
        </w:rPr>
        <w:t>§7 Sonstige Vereinbarungen</w:t>
      </w:r>
    </w:p>
    <w:p>
      <w:r>
        <w:rPr>
          <w:b w:val="0"/>
          <w:sz w:val="20"/>
        </w:rPr>
        <w:t>__________________________________________________________</w:t>
      </w:r>
    </w:p>
    <w:p>
      <w:r>
        <w:rPr>
          <w:b w:val="0"/>
          <w:sz w:val="20"/>
        </w:rPr>
        <w:t>__________________________________________________________</w:t>
      </w:r>
    </w:p>
    <w:p>
      <w:r>
        <w:rPr>
          <w:b w:val="0"/>
          <w:sz w:val="20"/>
        </w:rPr>
        <w:t>__________________________________________________________</w:t>
      </w:r>
    </w:p>
    <w:p/>
    <w:p>
      <w:r>
        <w:rPr>
          <w:b/>
          <w:sz w:val="20"/>
        </w:rPr>
        <w:t>§8 Salvatorische Klausel</w:t>
      </w:r>
    </w:p>
    <w:p>
      <w:r>
        <w:rPr>
          <w:b w:val="0"/>
          <w:sz w:val="20"/>
        </w:rPr>
        <w:t>Sollten einzelne Bestimmungen dieses Vertrags unwirksam sein oder werden, so wird dadurch die Wirksamkeit der übrigen Bestimmungen nicht berührt.</w:t>
      </w:r>
    </w:p>
    <w:p>
      <w:r>
        <w:rPr>
          <w:b w:val="0"/>
          <w:sz w:val="20"/>
        </w:rPr>
        <w:t>Die Parteien verpflichten sich, die unwirksame Bestimmung durch eine wirksame zu ersetzen, die dem wirtschaftlichen Zweck am nächsten kommt.</w:t>
      </w:r>
    </w:p>
    <w:p/>
    <w:p>
      <w:r>
        <w:rPr>
          <w:b/>
          <w:sz w:val="20"/>
        </w:rPr>
        <w:t>§9 Gerichtsstand</w:t>
      </w:r>
    </w:p>
    <w:p>
      <w:r>
        <w:rPr>
          <w:b w:val="0"/>
          <w:sz w:val="20"/>
        </w:rPr>
        <w:t>Gerichtsstand für alle Streitigkeiten aus diesem Vertrag ist, soweit gesetzlich zulässig, der Wohnsitz des Verkäufers oder ein anderer vereinbarter Ort:</w:t>
      </w:r>
    </w:p>
    <w:p/>
    <w:p>
      <w:r>
        <w:rPr>
          <w:b/>
          <w:sz w:val="20"/>
        </w:rPr>
        <w:t>§10 Schlussbestimmungen</w:t>
      </w:r>
    </w:p>
    <w:p>
      <w:r>
        <w:rPr>
          <w:b w:val="0"/>
          <w:sz w:val="20"/>
        </w:rPr>
        <w:t>Änderungen und Ergänzungen dieses Vertrags bedürfen der Schriftform.</w:t>
      </w:r>
    </w:p>
    <w:p>
      <w:r>
        <w:rPr>
          <w:b w:val="0"/>
          <w:sz w:val="20"/>
        </w:rPr>
        <w:t>Mündliche Nebenabreden bestehen nicht.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Verkäufer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Käufer</w:t>
            </w:r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br/>
              <w:br/>
              <w:t>Unterschrift: ____________________________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br/>
              <w:br/>
              <w:t>Unterschrift: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https://vertraege-experte.com/kaufvertrag-bauwagen/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https://vertraege-experte.com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vertraege-experte.com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traege-experte.com/kaufvertrag-bauwagen/" TargetMode="External"/><Relationship Id="rId10" Type="http://schemas.openxmlformats.org/officeDocument/2006/relationships/hyperlink" Target="https://vertraeg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