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KAUFVERTRAG FÜR EIN FAHRRAD</w:t>
      </w:r>
    </w:p>
    <w:p/>
    <w:p>
      <w:r>
        <w:rPr>
          <w:b/>
          <w:sz w:val="24"/>
        </w:rPr>
        <w:t>VERKÄUFER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KÄUFER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1. Vertragsgegenstand</w:t>
      </w:r>
    </w:p>
    <w:p>
      <w:r>
        <w:rPr>
          <w:b w:val="0"/>
          <w:sz w:val="20"/>
        </w:rPr>
        <w:t>Der Verkäufer verkauft dem Käufer das folgende Fahrrad:</w:t>
      </w:r>
    </w:p>
    <w:p>
      <w:r>
        <w:rPr>
          <w:b w:val="0"/>
          <w:sz w:val="20"/>
        </w:rPr>
        <w:t>Hersteller/Marke:</w:t>
      </w:r>
    </w:p>
    <w:p>
      <w:r>
        <w:rPr>
          <w:b w:val="0"/>
          <w:sz w:val="20"/>
        </w:rPr>
        <w:t>Modell:</w:t>
      </w:r>
    </w:p>
    <w:p>
      <w:r>
        <w:rPr>
          <w:b w:val="0"/>
          <w:sz w:val="20"/>
        </w:rPr>
        <w:t>Farbe:</w:t>
      </w:r>
    </w:p>
    <w:p>
      <w:r>
        <w:rPr>
          <w:b w:val="0"/>
          <w:sz w:val="20"/>
        </w:rPr>
        <w:t>Rahmennummer:</w:t>
      </w:r>
    </w:p>
    <w:p>
      <w:r>
        <w:rPr>
          <w:b w:val="0"/>
          <w:sz w:val="20"/>
        </w:rPr>
        <w:t>Zubehör (falls vorhanden):</w:t>
      </w:r>
    </w:p>
    <w:p/>
    <w:p>
      <w:r>
        <w:rPr>
          <w:b/>
          <w:sz w:val="24"/>
        </w:rPr>
        <w:t>2. Zustand und Übergabe</w:t>
      </w:r>
    </w:p>
    <w:p>
      <w:r>
        <w:rPr>
          <w:b w:val="0"/>
          <w:sz w:val="20"/>
        </w:rPr>
        <w:t>Der Verkäufer versichert, dass das Fahrrad sein Eigentum ist und frei von Rechten Dritter.</w:t>
      </w:r>
    </w:p>
    <w:p>
      <w:r>
        <w:rPr>
          <w:b w:val="0"/>
          <w:sz w:val="20"/>
        </w:rPr>
        <w:t>Das Fahrrad wird wie besichtigt und unter Ausschluss jeglicher Gewährleistung verkauft.</w:t>
      </w:r>
    </w:p>
    <w:p>
      <w:r>
        <w:rPr>
          <w:b w:val="0"/>
          <w:sz w:val="20"/>
        </w:rPr>
        <w:t>Der Käufer hat das Fahrrad besichtigt und akzeptiert den Zustand.</w:t>
      </w:r>
    </w:p>
    <w:p>
      <w:r>
        <w:rPr>
          <w:b w:val="0"/>
          <w:sz w:val="20"/>
        </w:rPr>
        <w:t>Die Übergabe erfolgt bei Zahlung des Kaufpreises.</w:t>
      </w:r>
    </w:p>
    <w:p/>
    <w:p>
      <w:r>
        <w:rPr>
          <w:b/>
          <w:sz w:val="24"/>
        </w:rPr>
        <w:t>3. Kaufpreis</w:t>
      </w:r>
    </w:p>
    <w:p>
      <w:r>
        <w:rPr>
          <w:b w:val="0"/>
          <w:sz w:val="20"/>
        </w:rPr>
        <w:t>Der Kaufpreis beträgt EUR ____________ (in Worten: ____________________________).</w:t>
      </w:r>
    </w:p>
    <w:p/>
    <w:p>
      <w:r>
        <w:rPr>
          <w:b/>
          <w:sz w:val="24"/>
        </w:rPr>
        <w:t>4. Zahlung</w:t>
      </w:r>
    </w:p>
    <w:p>
      <w:r>
        <w:rPr>
          <w:b w:val="0"/>
          <w:sz w:val="20"/>
        </w:rPr>
        <w:t>Die Zahlung erfolgt bei Übergabe des Fahrrads in bar oder per Überweisung auf folgendes Konto:</w:t>
      </w:r>
    </w:p>
    <w:p>
      <w:r>
        <w:rPr>
          <w:b w:val="0"/>
          <w:sz w:val="20"/>
        </w:rPr>
        <w:t>Kontoinhaber:</w:t>
      </w:r>
    </w:p>
    <w:p>
      <w:r>
        <w:rPr>
          <w:b w:val="0"/>
          <w:sz w:val="20"/>
        </w:rPr>
        <w:t>IBAN:</w:t>
      </w:r>
    </w:p>
    <w:p>
      <w:r>
        <w:rPr>
          <w:b w:val="0"/>
          <w:sz w:val="20"/>
        </w:rPr>
        <w:t>BIC:</w:t>
      </w:r>
    </w:p>
    <w:p/>
    <w:p>
      <w:r>
        <w:rPr>
          <w:b/>
          <w:sz w:val="24"/>
        </w:rPr>
        <w:t>5. Haftungsausschluss</w:t>
      </w:r>
    </w:p>
    <w:p>
      <w:r>
        <w:rPr>
          <w:b w:val="0"/>
          <w:sz w:val="20"/>
        </w:rPr>
        <w:t>Das Fahrrad wird unter Ausschluss jeglicher Sachmängelhaftung verkauft.</w:t>
      </w:r>
    </w:p>
    <w:p>
      <w:r>
        <w:rPr>
          <w:b w:val="0"/>
          <w:sz w:val="20"/>
        </w:rPr>
        <w:t>Dies gilt nicht für Schäden aus grob fahrlässigem oder vorsätzlichem Verhalten.</w:t>
      </w:r>
    </w:p>
    <w:p/>
    <w:p>
      <w:r>
        <w:rPr>
          <w:b/>
          <w:sz w:val="24"/>
        </w:rPr>
        <w:t>6. Sonstiges</w:t>
      </w:r>
    </w:p>
    <w:p>
      <w:r>
        <w:rPr>
          <w:b w:val="0"/>
          <w:sz w:val="20"/>
        </w:rPr>
        <w:t>Änderungen und Ergänzungen dieses Vertrags bedürfen der Schriftform.</w:t>
      </w:r>
    </w:p>
    <w:p>
      <w:r>
        <w:rPr>
          <w:b w:val="0"/>
          <w:sz w:val="20"/>
        </w:rPr>
        <w:t>Sollten einzelne Bestimmungen dieses Vertrags unwirksam sein, bleibt die Wirksamkeit der übrigen Bestimmungen unberührt.</w:t>
      </w:r>
    </w:p>
    <w:p/>
    <w:p>
      <w:r>
        <w:rPr>
          <w:b w:val="0"/>
          <w:sz w:val="20"/>
        </w:rPr>
        <w:t>Ort:</w:t>
      </w:r>
    </w:p>
    <w:p>
      <w:r>
        <w:rPr>
          <w:b w:val="0"/>
          <w:sz w:val="20"/>
        </w:rPr>
        <w:t>Datum: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Verkäufer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Käufer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https://vertraege-experte.com/kaufvertrag-fahrrad-privat-einfach/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kaufvertrag-fahrrad-privat-einfach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