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KAUFVERTRAG FÜR EIN IPAD</w:t>
      </w:r>
    </w:p>
    <w:p/>
    <w:p/>
    <w:p>
      <w:r>
        <w:rPr>
          <w:b/>
          <w:sz w:val="24"/>
        </w:rPr>
        <w:t>VERKÄUFER</w:t>
      </w:r>
    </w:p>
    <w:p>
      <w:r>
        <w:rPr>
          <w:b w:val="0"/>
          <w:sz w:val="20"/>
        </w:rPr>
        <w:t>Name:</w:t>
      </w:r>
    </w:p>
    <w:p>
      <w:r>
        <w:rPr>
          <w:b w:val="0"/>
          <w:sz w:val="20"/>
        </w:rPr>
        <w:t>Anschrift:</w:t>
      </w:r>
    </w:p>
    <w:p>
      <w:r>
        <w:rPr>
          <w:b w:val="0"/>
          <w:sz w:val="20"/>
        </w:rPr>
        <w:t>Telefon:</w:t>
      </w:r>
    </w:p>
    <w:p>
      <w:r>
        <w:rPr>
          <w:b w:val="0"/>
          <w:sz w:val="20"/>
        </w:rPr>
        <w:t>E-Mail:</w:t>
      </w:r>
    </w:p>
    <w:p/>
    <w:p>
      <w:r>
        <w:rPr>
          <w:b/>
          <w:sz w:val="24"/>
        </w:rPr>
        <w:t>KÄUFER</w:t>
      </w:r>
    </w:p>
    <w:p>
      <w:r>
        <w:rPr>
          <w:b w:val="0"/>
          <w:sz w:val="20"/>
        </w:rPr>
        <w:t>Name:</w:t>
      </w:r>
    </w:p>
    <w:p>
      <w:r>
        <w:rPr>
          <w:b w:val="0"/>
          <w:sz w:val="20"/>
        </w:rPr>
        <w:t>Anschrift:</w:t>
      </w:r>
    </w:p>
    <w:p>
      <w:r>
        <w:rPr>
          <w:b w:val="0"/>
          <w:sz w:val="20"/>
        </w:rPr>
        <w:t>Telefon:</w:t>
      </w:r>
    </w:p>
    <w:p>
      <w:r>
        <w:rPr>
          <w:b w:val="0"/>
          <w:sz w:val="20"/>
        </w:rPr>
        <w:t>E-Mail:</w:t>
      </w:r>
    </w:p>
    <w:p/>
    <w:p>
      <w:r>
        <w:rPr>
          <w:b/>
          <w:sz w:val="20"/>
        </w:rPr>
        <w:t>§1 – Vertragsgegenstand</w:t>
      </w:r>
    </w:p>
    <w:p>
      <w:r>
        <w:rPr>
          <w:b w:val="0"/>
          <w:sz w:val="20"/>
        </w:rPr>
        <w:t>Der Verkäufer verkauft dem Käufer ein gebrauchtes Apple iPad mit folgenden Eigenschaften:</w:t>
      </w:r>
    </w:p>
    <w:p>
      <w:r>
        <w:rPr>
          <w:b w:val="0"/>
          <w:sz w:val="20"/>
        </w:rPr>
        <w:t>- Modell/Typ:</w:t>
      </w:r>
    </w:p>
    <w:p>
      <w:r>
        <w:rPr>
          <w:b w:val="0"/>
          <w:sz w:val="20"/>
        </w:rPr>
        <w:t>- Seriennummer:</w:t>
      </w:r>
    </w:p>
    <w:p>
      <w:r>
        <w:rPr>
          <w:b w:val="0"/>
          <w:sz w:val="20"/>
        </w:rPr>
        <w:t>- Farbe:</w:t>
      </w:r>
    </w:p>
    <w:p>
      <w:r>
        <w:rPr>
          <w:b w:val="0"/>
          <w:sz w:val="20"/>
        </w:rPr>
        <w:t>- Speichergröße:</w:t>
      </w:r>
    </w:p>
    <w:p>
      <w:r>
        <w:rPr>
          <w:b w:val="0"/>
          <w:sz w:val="20"/>
        </w:rPr>
        <w:t>- Zubehör (z.B. Ladegerät, Hülle):</w:t>
      </w:r>
    </w:p>
    <w:p>
      <w:r>
        <w:rPr>
          <w:b w:val="0"/>
          <w:sz w:val="20"/>
        </w:rPr>
        <w:t>- Zustand:</w:t>
      </w:r>
    </w:p>
    <w:p>
      <w:r>
        <w:rPr>
          <w:b w:val="0"/>
          <w:sz w:val="20"/>
        </w:rPr>
        <w:t>- Sonstige Vereinbarungen:</w:t>
      </w:r>
    </w:p>
    <w:p/>
    <w:p>
      <w:r>
        <w:rPr>
          <w:b/>
          <w:sz w:val="20"/>
        </w:rPr>
        <w:t>§2 – Kaufpreis</w:t>
      </w:r>
    </w:p>
    <w:p>
      <w:r>
        <w:rPr>
          <w:b w:val="0"/>
          <w:sz w:val="20"/>
        </w:rPr>
        <w:t>Der Kaufpreis beträgt EUR ____________ (in Worten: ________________________________).</w:t>
      </w:r>
    </w:p>
    <w:p>
      <w:r>
        <w:rPr>
          <w:b w:val="0"/>
          <w:sz w:val="20"/>
        </w:rPr>
        <w:t>Der Kaufpreis wird wie folgt gezahlt:</w:t>
      </w:r>
    </w:p>
    <w:p>
      <w:r>
        <w:rPr>
          <w:b w:val="0"/>
          <w:sz w:val="20"/>
        </w:rPr>
        <w:t>- Barzahlung bei Übergabe [  ]</w:t>
      </w:r>
    </w:p>
    <w:p>
      <w:r>
        <w:rPr>
          <w:b w:val="0"/>
          <w:sz w:val="20"/>
        </w:rPr>
        <w:t>- Überweisung auf folgendes Konto [  ]</w:t>
      </w:r>
    </w:p>
    <w:p>
      <w:r>
        <w:rPr>
          <w:b w:val="0"/>
          <w:sz w:val="20"/>
        </w:rPr>
        <w:t>Kontoinhaber:</w:t>
      </w:r>
    </w:p>
    <w:p>
      <w:r>
        <w:rPr>
          <w:b w:val="0"/>
          <w:sz w:val="20"/>
        </w:rPr>
        <w:t>IBAN:</w:t>
      </w:r>
    </w:p>
    <w:p>
      <w:r>
        <w:rPr>
          <w:b w:val="0"/>
          <w:sz w:val="20"/>
        </w:rPr>
        <w:t>BIC:</w:t>
      </w:r>
    </w:p>
    <w:p/>
    <w:p>
      <w:r>
        <w:rPr>
          <w:b/>
          <w:sz w:val="20"/>
        </w:rPr>
        <w:t>§3 – Übergabe und Gefahrübergang</w:t>
      </w:r>
    </w:p>
    <w:p>
      <w:r>
        <w:rPr>
          <w:b w:val="0"/>
          <w:sz w:val="20"/>
        </w:rPr>
        <w:t>Die Übergabe des iPads erfolgt am ____________________________ an den Käufer.</w:t>
      </w:r>
    </w:p>
    <w:p>
      <w:r>
        <w:rPr>
          <w:b w:val="0"/>
          <w:sz w:val="20"/>
        </w:rPr>
        <w:t>Mit der Übergabe gehen Nutzen und Gefahr auf den Käufer über.</w:t>
      </w:r>
    </w:p>
    <w:p/>
    <w:p>
      <w:r>
        <w:rPr>
          <w:b/>
          <w:sz w:val="20"/>
        </w:rPr>
        <w:t>§4 – Gewährleistung</w:t>
      </w:r>
    </w:p>
    <w:p>
      <w:r>
        <w:rPr>
          <w:b w:val="0"/>
          <w:sz w:val="20"/>
        </w:rPr>
        <w:t>Das iPad wird unter Ausschluss jeglicher Gewährleistung verkauft, soweit rechtlich zulässig.</w:t>
      </w:r>
    </w:p>
    <w:p>
      <w:r>
        <w:rPr>
          <w:b w:val="0"/>
          <w:sz w:val="20"/>
        </w:rPr>
        <w:t>Der Käufer bestätigt, das Gerät besichtigt und getestet zu haben und akzeptiert den Zustand.</w:t>
      </w:r>
    </w:p>
    <w:p/>
    <w:p>
      <w:r>
        <w:rPr>
          <w:b/>
          <w:sz w:val="20"/>
        </w:rPr>
        <w:t>§5 – Eigentumsvorbehalt</w:t>
      </w:r>
    </w:p>
    <w:p>
      <w:r>
        <w:rPr>
          <w:b w:val="0"/>
          <w:sz w:val="20"/>
        </w:rPr>
        <w:t>Das Eigentum am iPad geht mit vollständiger Zahlung des Kaufpreises auf den Käufer über.</w:t>
      </w:r>
    </w:p>
    <w:p/>
    <w:p>
      <w:r>
        <w:rPr>
          <w:b/>
          <w:sz w:val="20"/>
        </w:rPr>
        <w:t>§6 – Sonstige Vereinbarungen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 w:val="0"/>
          <w:sz w:val="20"/>
        </w:rPr>
        <w:t>______________________________________________________________</w:t>
      </w:r>
    </w:p>
    <w:p/>
    <w:p/>
    <w:p>
      <w:r>
        <w:rPr>
          <w:b/>
          <w:sz w:val="20"/>
        </w:rPr>
        <w:t>§7 – Salvatorische Klausel</w:t>
      </w:r>
    </w:p>
    <w:p>
      <w:r>
        <w:rPr>
          <w:b w:val="0"/>
          <w:sz w:val="20"/>
        </w:rPr>
        <w:t>Sollten einzelne Bestimmungen dieses Vertrags unwirksam oder undurchführbar sein oder nach Vertragsschluss unwirksam oder undurchführbar werden, bleibt die Wirksamkeit der übrigen Bestimmungen hiervon unberührt.</w:t>
      </w:r>
    </w:p>
    <w:p/>
    <w:p/>
    <w:p>
      <w:r>
        <w:rPr>
          <w:b/>
          <w:sz w:val="20"/>
        </w:rPr>
        <w:t>§8 – Gerichtsstand</w:t>
      </w:r>
    </w:p>
    <w:p>
      <w:r>
        <w:rPr>
          <w:b w:val="0"/>
          <w:sz w:val="20"/>
        </w:rPr>
        <w:t>Gerichtsstand für alle Streitigkeiten aus diesem Vertrag ist der Wohnsitz des Verkäufers, soweit gesetzlich zulässig.</w:t>
      </w:r>
    </w:p>
    <w:p/>
    <w:p/>
    <w:p/>
    <w:p>
      <w:pPr>
        <w:jc w:val="center"/>
      </w:pPr>
      <w:r>
        <w:rPr>
          <w:b/>
          <w:sz w:val="24"/>
        </w:rPr>
        <w:t>Unterschriften</w:t>
      </w:r>
    </w:p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Verkäufer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Käufer</w:t>
            </w:r>
          </w:p>
        </w:tc>
      </w:tr>
    </w:tbl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t>Unterschrift: 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t>Unterschrift: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https://vertraege-experte.com/kaufvertrag-ipad/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https://vertraege-experte.com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vertraege-experte.com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ertraege-experte.com/kaufvertrag-ipad/" TargetMode="External"/><Relationship Id="rId10" Type="http://schemas.openxmlformats.org/officeDocument/2006/relationships/hyperlink" Target="https://vertraege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