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8"/>
        </w:rPr>
        <w:t>KAUFVERTRAG PRIVAT</w:t>
      </w:r>
    </w:p>
    <w:p/>
    <w:p>
      <w:r>
        <w:rPr>
          <w:b/>
          <w:sz w:val="24"/>
        </w:rPr>
        <w:t>VERTRAGSPARTEN</w:t>
      </w:r>
    </w:p>
    <w:p>
      <w:r>
        <w:rPr>
          <w:b/>
          <w:sz w:val="20"/>
        </w:rPr>
        <w:t>Verkäufer:</w:t>
      </w:r>
    </w:p>
    <w:p>
      <w:r>
        <w:rPr>
          <w:b w:val="0"/>
          <w:sz w:val="20"/>
        </w:rPr>
        <w:t>Name:</w:t>
      </w:r>
    </w:p>
    <w:p>
      <w:r>
        <w:rPr>
          <w:b w:val="0"/>
          <w:sz w:val="20"/>
        </w:rPr>
        <w:t>Anschrift:</w:t>
      </w:r>
    </w:p>
    <w:p>
      <w:r>
        <w:rPr>
          <w:b w:val="0"/>
          <w:sz w:val="20"/>
        </w:rPr>
        <w:t>Telefon:</w:t>
      </w:r>
    </w:p>
    <w:p>
      <w:r>
        <w:rPr>
          <w:b w:val="0"/>
          <w:sz w:val="20"/>
        </w:rPr>
        <w:t>E-Mail:</w:t>
      </w:r>
    </w:p>
    <w:p/>
    <w:p>
      <w:r>
        <w:rPr>
          <w:b/>
          <w:sz w:val="20"/>
        </w:rPr>
        <w:t>Käufer:</w:t>
      </w:r>
    </w:p>
    <w:p>
      <w:r>
        <w:rPr>
          <w:b w:val="0"/>
          <w:sz w:val="20"/>
        </w:rPr>
        <w:t>Name:</w:t>
      </w:r>
    </w:p>
    <w:p>
      <w:r>
        <w:rPr>
          <w:b w:val="0"/>
          <w:sz w:val="20"/>
        </w:rPr>
        <w:t>Anschrift:</w:t>
      </w:r>
    </w:p>
    <w:p>
      <w:r>
        <w:rPr>
          <w:b w:val="0"/>
          <w:sz w:val="20"/>
        </w:rPr>
        <w:t>Telefon:</w:t>
      </w:r>
    </w:p>
    <w:p>
      <w:r>
        <w:rPr>
          <w:b w:val="0"/>
          <w:sz w:val="20"/>
        </w:rPr>
        <w:t>E-Mail:</w:t>
      </w:r>
    </w:p>
    <w:p/>
    <w:p>
      <w:r>
        <w:rPr>
          <w:b/>
          <w:sz w:val="20"/>
        </w:rPr>
        <w:t>§ 1 – Vertragsgegenstand</w:t>
      </w:r>
    </w:p>
    <w:p>
      <w:r>
        <w:rPr>
          <w:b w:val="0"/>
          <w:sz w:val="20"/>
        </w:rPr>
        <w:t>Der Verkäufer verkauft dem Käufer das nachfolgend beschriebene Kaufobjekt:</w:t>
      </w:r>
    </w:p>
    <w:p>
      <w:r>
        <w:rPr>
          <w:b w:val="0"/>
          <w:sz w:val="20"/>
        </w:rPr>
        <w:t>Beschreibung des Kaufgegenstands (z.B. Fahrzeug, Möbel, Elektronik, etc.):</w:t>
      </w:r>
    </w:p>
    <w:p>
      <w:r>
        <w:rPr>
          <w:b w:val="0"/>
          <w:sz w:val="20"/>
        </w:rPr>
        <w:t>Marke / Modell / Typ / Seriennummer / sonstige Identifikationsmerkmale:</w:t>
      </w:r>
    </w:p>
    <w:p>
      <w:r>
        <w:rPr>
          <w:b w:val="0"/>
          <w:sz w:val="20"/>
        </w:rPr>
        <w:t>Zustand des Kaufgegenstands:</w:t>
      </w:r>
    </w:p>
    <w:p/>
    <w:p>
      <w:r>
        <w:rPr>
          <w:b/>
          <w:sz w:val="20"/>
        </w:rPr>
        <w:t>§ 2 – Kaufpreis</w:t>
      </w:r>
    </w:p>
    <w:p>
      <w:r>
        <w:rPr>
          <w:b w:val="0"/>
          <w:sz w:val="20"/>
        </w:rPr>
        <w:t>Der Kaufpreis beträgt EUR ____________ (in Worten: ____________________________________).</w:t>
      </w:r>
    </w:p>
    <w:p>
      <w:r>
        <w:rPr>
          <w:b w:val="0"/>
          <w:sz w:val="20"/>
        </w:rPr>
        <w:t>Der Kaufpreis ist bei Übergabe des Kaufgegenstands in bar / per Überweisung / sonstige Zahlungsart zu zahlen.</w:t>
      </w:r>
    </w:p>
    <w:p/>
    <w:p>
      <w:r>
        <w:rPr>
          <w:b/>
          <w:sz w:val="20"/>
        </w:rPr>
        <w:t>§ 3 – Übergabe und Eigentumsübergang</w:t>
      </w:r>
    </w:p>
    <w:p>
      <w:r>
        <w:rPr>
          <w:b w:val="0"/>
          <w:sz w:val="20"/>
        </w:rPr>
        <w:t>Die Übergabe des Kaufgegenstands erfolgt am Ort ____________ zum Zeitpunkt ____________.</w:t>
      </w:r>
    </w:p>
    <w:p>
      <w:r>
        <w:rPr>
          <w:b w:val="0"/>
          <w:sz w:val="20"/>
        </w:rPr>
        <w:t>Mit der Übergabe geht das Eigentum sowie die Gefahr auf den Käufer über.</w:t>
      </w:r>
    </w:p>
    <w:p/>
    <w:p>
      <w:r>
        <w:rPr>
          <w:b/>
          <w:sz w:val="20"/>
        </w:rPr>
        <w:t>§ 4 – Gewährleistung</w:t>
      </w:r>
    </w:p>
    <w:p>
      <w:r>
        <w:rPr>
          <w:b w:val="0"/>
          <w:sz w:val="20"/>
        </w:rPr>
        <w:t>Der Verkauf erfolgt unter Ausschluss jeglicher Gewährleistung, soweit gesetzlich zulässig.</w:t>
      </w:r>
    </w:p>
    <w:p>
      <w:r>
        <w:rPr>
          <w:b w:val="0"/>
          <w:sz w:val="20"/>
        </w:rPr>
        <w:t>Der Käufer bestätigt, den Kaufgegenstand besichtigt und auf Mängel geprüft zu haben.</w:t>
      </w:r>
    </w:p>
    <w:p/>
    <w:p>
      <w:r>
        <w:rPr>
          <w:b/>
          <w:sz w:val="20"/>
        </w:rPr>
        <w:t>§ 5 – Haftung</w:t>
      </w:r>
    </w:p>
    <w:p>
      <w:r>
        <w:rPr>
          <w:b w:val="0"/>
          <w:sz w:val="20"/>
        </w:rPr>
        <w:t>Der Verkäufer haftet nicht für Schäden, die nach Übergabe entstehen, außer bei Vorsatz oder grober Fahrlässigkeit.</w:t>
      </w:r>
    </w:p>
    <w:p/>
    <w:p>
      <w:r>
        <w:rPr>
          <w:b/>
          <w:sz w:val="20"/>
        </w:rPr>
        <w:t>§ 6 – Schlussbestimmungen</w:t>
      </w:r>
    </w:p>
    <w:p>
      <w:r>
        <w:rPr>
          <w:b w:val="0"/>
          <w:sz w:val="20"/>
        </w:rPr>
        <w:t>Änderungen und Ergänzungen dieses Vertrages bedürfen der Schriftform.</w:t>
      </w:r>
    </w:p>
    <w:p>
      <w:r>
        <w:rPr>
          <w:b w:val="0"/>
          <w:sz w:val="20"/>
        </w:rPr>
        <w:t>Sollte eine Bestimmung dieses Vertrages unwirksam sein oder werden, so bleibt der Vertrag im Übrigen wirksam.</w:t>
      </w:r>
    </w:p>
    <w:p>
      <w:r>
        <w:rPr>
          <w:b w:val="0"/>
          <w:sz w:val="20"/>
        </w:rPr>
        <w:t>Gerichtsstand ist, soweit zulässig, der Wohnsitz des Verkäufers / Käufers.</w:t>
      </w:r>
    </w:p>
    <w:p/>
    <w:p/>
    <w:p>
      <w:pPr>
        <w:jc w:val="center"/>
      </w:pPr>
      <w:r>
        <w:rPr>
          <w:b w:val="0"/>
          <w:sz w:val="20"/>
        </w:rPr>
        <w:t>Der Vertrag wurde in zwei gleichlautenden Ausfertigungen erstellt und von beiden Parteien unterschrieben.</w:t>
      </w:r>
    </w:p>
    <w:p/>
    <w:p/>
    <w:p/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</w:tcPr>
          <w:p>
            <w:pPr>
              <w:jc w:val="center"/>
            </w:pPr>
            <w:r>
              <w:rPr>
                <w:b/>
              </w:rPr>
              <w:t>Verkäufer</w:t>
            </w:r>
          </w:p>
        </w:tc>
        <w:tc>
          <w:tcPr>
            <w:tcW w:type="dxa" w:w="4986"/>
          </w:tcPr>
          <w:p>
            <w:pPr>
              <w:jc w:val="center"/>
            </w:pPr>
            <w:r>
              <w:rPr>
                <w:b/>
              </w:rPr>
              <w:t>Käufer</w:t>
            </w:r>
          </w:p>
        </w:tc>
      </w:tr>
    </w:tbl>
    <w:p/>
    <w:p/>
    <w:p/>
    <w:p/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</w:tcPr>
          <w:p>
            <w:pPr>
              <w:jc w:val="center"/>
            </w:pPr>
            <w:r>
              <w:t>Unterschrift: _________________________</w:t>
            </w:r>
          </w:p>
        </w:tc>
        <w:tc>
          <w:tcPr>
            <w:tcW w:type="dxa" w:w="4986"/>
          </w:tcPr>
          <w:p>
            <w:pPr>
              <w:jc w:val="center"/>
            </w:pPr>
            <w:r>
              <w:t>Unterschrift: 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https://vertraege-experte.com/kaufvertrag-privat/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https://vertraege-experte.com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vertraege-experte.com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vertraege-experte.com/kaufvertrag-privat/" TargetMode="External"/><Relationship Id="rId10" Type="http://schemas.openxmlformats.org/officeDocument/2006/relationships/hyperlink" Target="https://vertraege-expert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