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KAUFVERTRAG ÜBER EINEN ROLLER</w:t>
      </w:r>
    </w:p>
    <w:p/>
    <w:p>
      <w:r>
        <w:rPr>
          <w:b w:val="0"/>
          <w:sz w:val="22"/>
        </w:rPr>
        <w:t>Zwischen den nachstehenden Vertragsparteien</w:t>
      </w:r>
    </w:p>
    <w:p/>
    <w:p>
      <w:r>
        <w:rPr>
          <w:b/>
          <w:sz w:val="24"/>
        </w:rPr>
        <w:t>VERKÄUFER</w:t>
      </w:r>
    </w:p>
    <w:p>
      <w:r>
        <w:rPr>
          <w:b w:val="0"/>
          <w:sz w:val="20"/>
        </w:rPr>
        <w:t>Name:</w:t>
      </w:r>
    </w:p>
    <w:p>
      <w:r>
        <w:rPr>
          <w:b w:val="0"/>
          <w:sz w:val="20"/>
        </w:rPr>
        <w:t>Anschrift:</w:t>
      </w:r>
    </w:p>
    <w:p>
      <w:r>
        <w:rPr>
          <w:b w:val="0"/>
          <w:sz w:val="20"/>
        </w:rPr>
        <w:t>Geburtsdatum:</w:t>
      </w:r>
    </w:p>
    <w:p>
      <w:r>
        <w:rPr>
          <w:b w:val="0"/>
          <w:sz w:val="20"/>
        </w:rPr>
        <w:t>Telefon:</w:t>
      </w:r>
    </w:p>
    <w:p>
      <w:r>
        <w:rPr>
          <w:b w:val="0"/>
          <w:sz w:val="20"/>
        </w:rPr>
        <w:t>E-Mail:</w:t>
      </w:r>
    </w:p>
    <w:p/>
    <w:p>
      <w:r>
        <w:rPr>
          <w:b/>
          <w:sz w:val="24"/>
        </w:rPr>
        <w:t>KÄUFER</w:t>
      </w:r>
    </w:p>
    <w:p>
      <w:r>
        <w:rPr>
          <w:b w:val="0"/>
          <w:sz w:val="20"/>
        </w:rPr>
        <w:t>Name:</w:t>
      </w:r>
    </w:p>
    <w:p>
      <w:r>
        <w:rPr>
          <w:b w:val="0"/>
          <w:sz w:val="20"/>
        </w:rPr>
        <w:t>Anschrift:</w:t>
      </w:r>
    </w:p>
    <w:p>
      <w:r>
        <w:rPr>
          <w:b w:val="0"/>
          <w:sz w:val="20"/>
        </w:rPr>
        <w:t>Geburtsdatum:</w:t>
      </w:r>
    </w:p>
    <w:p>
      <w:r>
        <w:rPr>
          <w:b w:val="0"/>
          <w:sz w:val="20"/>
        </w:rPr>
        <w:t>Telefon:</w:t>
      </w:r>
    </w:p>
    <w:p>
      <w:r>
        <w:rPr>
          <w:b w:val="0"/>
          <w:sz w:val="20"/>
        </w:rPr>
        <w:t>E-Mail:</w:t>
      </w:r>
    </w:p>
    <w:p/>
    <w:p>
      <w:r>
        <w:rPr>
          <w:b/>
          <w:sz w:val="24"/>
        </w:rPr>
        <w:t>1. VERTRAGSGEGENSTAND</w:t>
      </w:r>
    </w:p>
    <w:p>
      <w:r>
        <w:rPr>
          <w:b w:val="0"/>
          <w:sz w:val="20"/>
        </w:rPr>
        <w:t>Der Verkäufer verkauft dem Käufer folgendes Fahrzeug:</w:t>
      </w:r>
    </w:p>
    <w:p>
      <w:r>
        <w:rPr>
          <w:b w:val="0"/>
          <w:sz w:val="20"/>
        </w:rPr>
        <w:t>Hersteller / Marke:</w:t>
      </w:r>
    </w:p>
    <w:p>
      <w:r>
        <w:rPr>
          <w:b w:val="0"/>
          <w:sz w:val="20"/>
        </w:rPr>
        <w:t>Modell / Typ:</w:t>
      </w:r>
    </w:p>
    <w:p>
      <w:r>
        <w:rPr>
          <w:b w:val="0"/>
          <w:sz w:val="20"/>
        </w:rPr>
        <w:t>Fahrzeug-Identifizierungsnummer (FIN):</w:t>
      </w:r>
    </w:p>
    <w:p>
      <w:r>
        <w:rPr>
          <w:b w:val="0"/>
          <w:sz w:val="20"/>
        </w:rPr>
        <w:t>Erstzulassung:</w:t>
      </w:r>
    </w:p>
    <w:p>
      <w:r>
        <w:rPr>
          <w:b w:val="0"/>
          <w:sz w:val="20"/>
        </w:rPr>
        <w:t>Kilometerstand:</w:t>
      </w:r>
    </w:p>
    <w:p>
      <w:r>
        <w:rPr>
          <w:b w:val="0"/>
          <w:sz w:val="20"/>
        </w:rPr>
        <w:t>Farbe:</w:t>
      </w:r>
    </w:p>
    <w:p>
      <w:r>
        <w:rPr>
          <w:b w:val="0"/>
          <w:sz w:val="20"/>
        </w:rPr>
        <w:t>Besondere Merkmale / Ausstattung:</w:t>
      </w:r>
    </w:p>
    <w:p/>
    <w:p>
      <w:r>
        <w:rPr>
          <w:b/>
          <w:sz w:val="24"/>
        </w:rPr>
        <w:t>2. ZUSTAND DES FAHRZEUGS</w:t>
      </w:r>
    </w:p>
    <w:p>
      <w:r>
        <w:rPr>
          <w:b w:val="0"/>
          <w:sz w:val="20"/>
        </w:rPr>
        <w:t>Das Fahrzeug wird wie besichtigt und probegefahren verkauft. Der Käufer hat das Fahrzeug geprüft und akzeptiert den Zustand zum Zeitpunkt des Verkaufs. Es sind keine Mängel bekannt oder diese wurden wie folgt vereinbart:</w:t>
      </w:r>
    </w:p>
    <w:p>
      <w:r>
        <w:rPr>
          <w:b w:val="0"/>
          <w:sz w:val="20"/>
        </w:rPr>
        <w:t>(ggf. Beschreibung von Mängeln oder Schäden)</w:t>
      </w:r>
    </w:p>
    <w:p/>
    <w:p>
      <w:r>
        <w:rPr>
          <w:b/>
          <w:sz w:val="24"/>
        </w:rPr>
        <w:t>3. KAUFPREIS UND ZAHLUNGSBEDINGUNGEN</w:t>
      </w:r>
    </w:p>
    <w:p>
      <w:r>
        <w:rPr>
          <w:b w:val="0"/>
          <w:sz w:val="20"/>
        </w:rPr>
        <w:t>Der Kaufpreis beträgt EUR ____________.</w:t>
      </w:r>
    </w:p>
    <w:p>
      <w:r>
        <w:rPr>
          <w:b w:val="0"/>
          <w:sz w:val="20"/>
        </w:rPr>
        <w:t>Der Betrag ist bei Übergabe in bar / per Überweisung zu zahlen.</w:t>
      </w:r>
    </w:p>
    <w:p/>
    <w:p>
      <w:r>
        <w:rPr>
          <w:b/>
          <w:sz w:val="24"/>
        </w:rPr>
        <w:t>4. EIGENTUMSÜBERGANG UND ÜBERGABE</w:t>
      </w:r>
    </w:p>
    <w:p>
      <w:r>
        <w:rPr>
          <w:b w:val="0"/>
          <w:sz w:val="20"/>
        </w:rPr>
        <w:t>Das Eigentum und die Gefahr gehen mit der vollständigen Zahlung und Übergabe des Fahrzeugs auf den Käufer über.</w:t>
      </w:r>
    </w:p>
    <w:p>
      <w:r>
        <w:rPr>
          <w:b w:val="0"/>
          <w:sz w:val="20"/>
        </w:rPr>
        <w:t>Die Übergabe erfolgt am Ort: ____________________________.</w:t>
      </w:r>
    </w:p>
    <w:p/>
    <w:p>
      <w:r>
        <w:rPr>
          <w:b/>
          <w:sz w:val="24"/>
        </w:rPr>
        <w:t>5. GEWÄHRLEISTUNG</w:t>
      </w:r>
    </w:p>
    <w:p>
      <w:r>
        <w:rPr>
          <w:b w:val="0"/>
          <w:sz w:val="20"/>
        </w:rPr>
        <w:t>Das Fahrzeug wird unter Ausschluss jeglicher Sachmängelhaftung verkauft, soweit gesetzlich zulässig.</w:t>
      </w:r>
    </w:p>
    <w:p>
      <w:r>
        <w:rPr>
          <w:b w:val="0"/>
          <w:sz w:val="20"/>
        </w:rPr>
        <w:t>Dies gilt nicht bei Arglist oder Verletzung von Leben, Körper oder Gesundheit.</w:t>
      </w:r>
    </w:p>
    <w:p/>
    <w:p>
      <w:r>
        <w:rPr>
          <w:b/>
          <w:sz w:val="24"/>
        </w:rPr>
        <w:t>6. SONSTIGE VEREINBARUNGEN</w:t>
      </w:r>
    </w:p>
    <w:p>
      <w:r>
        <w:rPr>
          <w:b w:val="0"/>
          <w:sz w:val="20"/>
        </w:rPr>
        <w:t>(Hier können weitere Vereinbarungen eingetragen werden, z.B. Zubehör, Versicherung, Übergabe von Papieren, etc.)</w:t>
      </w:r>
    </w:p>
    <w:p/>
    <w:p>
      <w:r>
        <w:rPr>
          <w:b/>
          <w:sz w:val="24"/>
        </w:rPr>
        <w:t>7. SALVATORISCHE KLAUSEL</w:t>
      </w:r>
    </w:p>
    <w:p>
      <w:r>
        <w:rPr>
          <w:b w:val="0"/>
          <w:sz w:val="20"/>
        </w:rPr>
        <w:t>Sollten einzelne Bestimmungen dieses Vertrages unwirksam sein oder werden, bleibt die Wirksamkeit der übrigen Bestimmungen unberührt.</w:t>
      </w:r>
    </w:p>
    <w:p>
      <w:r>
        <w:rPr>
          <w:b w:val="0"/>
          <w:sz w:val="20"/>
        </w:rPr>
        <w:t>Anstelle der unwirksamen Regelung gilt eine wirksame Regelung als vereinbart, die dem wirtschaftlichen Zweck am nächsten kommt.</w:t>
      </w:r>
    </w:p>
    <w:p/>
    <w:p>
      <w:r>
        <w:rPr>
          <w:b/>
          <w:sz w:val="24"/>
        </w:rPr>
        <w:t>8. GERICHTSSTAND</w:t>
      </w:r>
    </w:p>
    <w:p>
      <w:r>
        <w:rPr>
          <w:b w:val="0"/>
          <w:sz w:val="20"/>
        </w:rPr>
        <w:t>Gerichtsstand für alle Streitigkeiten aus diesem Vertrag ist der Wohnort des Verkäufers, sofern gesetzlich zulässig.</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VERKÄUFER</w:t>
            </w:r>
          </w:p>
        </w:tc>
        <w:tc>
          <w:tcPr>
            <w:tcW w:type="dxa" w:w="4986"/>
          </w:tcPr>
          <w:p>
            <w:pPr>
              <w:jc w:val="center"/>
            </w:pPr>
            <w:r>
              <w:rPr>
                <w:b/>
              </w:rPr>
              <w:t>KÄUFER</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Unterschrift: _________________________</w:t>
            </w:r>
          </w:p>
        </w:tc>
        <w:tc>
          <w:tcPr>
            <w:tcW w:type="dxa" w:w="4986"/>
          </w:tcPr>
          <w:p>
            <w:pPr>
              <w:jc w:val="center"/>
            </w:pPr>
            <w:r>
              <w:t>Unterschrift: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https://vertraege-experte.com/kaufvertrag-roller/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https://vertraege-experte.com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vertraege-experte.com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traege-experte.com/kaufvertrag-roller/" TargetMode="External"/><Relationship Id="rId10" Type="http://schemas.openxmlformats.org/officeDocument/2006/relationships/hyperlink" Target="https://vertraeg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