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RÜCKABTRETUNGSERKLÄRUNG</w:t>
      </w:r>
    </w:p>
    <w:p/>
    <w:p/>
    <w:p>
      <w:r>
        <w:rPr>
          <w:b/>
          <w:sz w:val="20"/>
        </w:rPr>
        <w:t>Abtretender (Zedent):</w:t>
      </w:r>
    </w:p>
    <w:p>
      <w:r>
        <w:rPr>
          <w:b w:val="0"/>
          <w:sz w:val="20"/>
        </w:rPr>
        <w:t>Name: _____________________________________________________________</w:t>
      </w:r>
    </w:p>
    <w:p>
      <w:r>
        <w:rPr>
          <w:b w:val="0"/>
          <w:sz w:val="20"/>
        </w:rPr>
        <w:t>Anschrift: ________________________________________________________</w:t>
      </w:r>
    </w:p>
    <w:p/>
    <w:p>
      <w:r>
        <w:rPr>
          <w:b/>
          <w:sz w:val="20"/>
        </w:rPr>
        <w:t>Abtretungsempfänger (Zessionar):</w:t>
      </w:r>
    </w:p>
    <w:p>
      <w:r>
        <w:rPr>
          <w:b w:val="0"/>
          <w:sz w:val="20"/>
        </w:rPr>
        <w:t>Name: _____________________________________________________________</w:t>
      </w:r>
    </w:p>
    <w:p>
      <w:r>
        <w:rPr>
          <w:b w:val="0"/>
          <w:sz w:val="20"/>
        </w:rPr>
        <w:t>Anschrift: ________________________________________________________</w:t>
      </w:r>
    </w:p>
    <w:p/>
    <w:p>
      <w:r>
        <w:rPr>
          <w:b/>
          <w:sz w:val="20"/>
        </w:rPr>
        <w:t>Gegenstand der Rückabtretung:</w:t>
      </w:r>
    </w:p>
    <w:p>
      <w:r>
        <w:rPr>
          <w:b w:val="0"/>
          <w:sz w:val="20"/>
        </w:rPr>
        <w:t>Hiermit tritt der Abtretende sämtliche Rechte, die er aus dem Abtretungsvertrag vom ___________ gegenüber dem Schuldner hat, rückwirkend und vollständig an den Abtretungsempfänger zurück.</w:t>
      </w:r>
    </w:p>
    <w:p/>
    <w:p>
      <w:r>
        <w:rPr>
          <w:b/>
          <w:sz w:val="20"/>
        </w:rPr>
        <w:t>§ 1 – Rückübertragung der Rechte</w:t>
      </w:r>
    </w:p>
    <w:p>
      <w:r>
        <w:rPr>
          <w:b w:val="0"/>
          <w:sz w:val="20"/>
        </w:rPr>
        <w:t>Der Abtretende erklärt hiermit, dass er alle ihm eingeräumten Rechte aus der Abtretung an den Abtretungsempfänger rücküberträgt. Mit Wirksamkeit der Rückabtretung gehen alle Rechte und Ansprüche wieder vollständig auf den Abtretungsempfänger über.</w:t>
      </w:r>
    </w:p>
    <w:p/>
    <w:p>
      <w:r>
        <w:rPr>
          <w:b/>
          <w:sz w:val="20"/>
        </w:rPr>
        <w:t>§ 2 – Wirksamkeit</w:t>
      </w:r>
    </w:p>
    <w:p>
      <w:r>
        <w:rPr>
          <w:b w:val="0"/>
          <w:sz w:val="20"/>
        </w:rPr>
        <w:t>Die Rückabtretung erfolgt mit sofortiger Wirkung und gilt gegenüber allen Dritten. Der Schuldner ist hiermit verpflichtet, alle Leistungen und Zahlungen ausschließlich an den Abtretungsempfänger zu erbringen.</w:t>
      </w:r>
    </w:p>
    <w:p/>
    <w:p>
      <w:r>
        <w:rPr>
          <w:b/>
          <w:sz w:val="20"/>
        </w:rPr>
        <w:t>§ 3 – Salvatorische Klausel</w:t>
      </w:r>
    </w:p>
    <w:p>
      <w:r>
        <w:rPr>
          <w:b w:val="0"/>
          <w:sz w:val="20"/>
        </w:rPr>
        <w:t>Sollten einzelne Bestimmungen dieser Rückabtretungserklärung unwirksam sein oder werden, bleibt die Wirksamkeit der übrigen Bestimmungen unberührt. Anstelle der unwirksamen Regelung gilt eine rechtlich zulässige Regelung, die dem wirtschaftlichen Zweck am nächsten kommt.</w:t>
      </w:r>
    </w:p>
    <w:p/>
    <w:p>
      <w:r>
        <w:rPr>
          <w:b/>
          <w:sz w:val="20"/>
        </w:rPr>
        <w:t>§ 4 – Schlussbestimmungen</w:t>
      </w:r>
    </w:p>
    <w:p>
      <w:r>
        <w:rPr>
          <w:b w:val="0"/>
          <w:sz w:val="20"/>
        </w:rPr>
        <w:t>Diese Rückabtretungserklärung erfolgt freiwillig und ohne Zwang. Beide Parteien bestätigen, dass sie den Inhalt verstanden haben und mit dem Inhalt einverstanden sind.</w:t>
      </w:r>
    </w:p>
    <w:p/>
    <w:p/>
    <w:p>
      <w:r>
        <w:rPr>
          <w:b w:val="0"/>
          <w:sz w:val="20"/>
        </w:rPr>
        <w:t>Ort: _______________________________________________________________</w:t>
      </w:r>
    </w:p>
    <w:p>
      <w:r>
        <w:rPr>
          <w:b w:val="0"/>
          <w:sz w:val="20"/>
        </w:rPr>
        <w:t>Datum: 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Abtretender (Zedent)</w:t>
            </w:r>
          </w:p>
        </w:tc>
        <w:tc>
          <w:tcPr>
            <w:tcW w:type="dxa" w:w="4986"/>
            <w:tcBorders>
              <w:top w:val="nil"/>
              <w:left w:val="nil"/>
              <w:bottom w:val="nil"/>
              <w:right w:val="nil"/>
              <w:insideH w:val="nil"/>
              <w:insideV w:val="nil"/>
            </w:tcBorders>
          </w:tcPr>
          <w:p>
            <w:pPr>
              <w:jc w:val="center"/>
            </w:pPr>
            <w:r>
              <w:t>Abtretungsempfänger (Zessionar)</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https://vertraege-experte.com/ruckabtretung/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https://vertraege-experte.com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vertraege-experte.com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traege-experte.com/ruckabtretung/" TargetMode="External"/><Relationship Id="rId10" Type="http://schemas.openxmlformats.org/officeDocument/2006/relationships/hyperlink" Target="https://vertraege-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