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RÜCKABWICKLUNG KAUFVERTRAG KFZ</w:t>
      </w:r>
    </w:p>
    <w:p/>
    <w:p>
      <w:r>
        <w:rPr>
          <w:b/>
          <w:sz w:val="20"/>
        </w:rPr>
        <w:t>Verkäufer (Name, Anschrift):</w:t>
      </w:r>
    </w:p>
    <w:p>
      <w:r>
        <w:rPr>
          <w:b w:val="0"/>
          <w:sz w:val="20"/>
        </w:rPr>
        <w:t>________________________________________________________________________________________</w:t>
      </w:r>
    </w:p>
    <w:p>
      <w:r>
        <w:rPr>
          <w:b w:val="0"/>
          <w:sz w:val="20"/>
        </w:rPr>
        <w:t>________________________________________________________________________________________</w:t>
      </w:r>
    </w:p>
    <w:p/>
    <w:p>
      <w:r>
        <w:rPr>
          <w:b/>
          <w:sz w:val="20"/>
        </w:rPr>
        <w:t>Käufer (Name, Anschrift):</w:t>
      </w:r>
    </w:p>
    <w:p>
      <w:r>
        <w:rPr>
          <w:b w:val="0"/>
          <w:sz w:val="20"/>
        </w:rPr>
        <w:t>________________________________________________________________________________________</w:t>
      </w:r>
    </w:p>
    <w:p>
      <w:r>
        <w:rPr>
          <w:b w:val="0"/>
          <w:sz w:val="20"/>
        </w:rPr>
        <w:t>________________________________________________________________________________________</w:t>
      </w:r>
    </w:p>
    <w:p/>
    <w:p>
      <w:r>
        <w:rPr>
          <w:b/>
          <w:sz w:val="20"/>
        </w:rPr>
        <w:t>Fahrzeug:</w:t>
      </w:r>
    </w:p>
    <w:p>
      <w:r>
        <w:rPr>
          <w:b w:val="0"/>
          <w:sz w:val="20"/>
        </w:rPr>
        <w:t>Hersteller / Marke: ________________________________________________________________</w:t>
      </w:r>
    </w:p>
    <w:p>
      <w:r>
        <w:rPr>
          <w:b w:val="0"/>
          <w:sz w:val="20"/>
        </w:rPr>
        <w:t>Modell: ____________________________________________________________________________</w:t>
      </w:r>
    </w:p>
    <w:p>
      <w:r>
        <w:rPr>
          <w:b w:val="0"/>
          <w:sz w:val="20"/>
        </w:rPr>
        <w:t>Fahrzeug-Identifizierungsnummer (FIN): _______________________________________________</w:t>
      </w:r>
    </w:p>
    <w:p>
      <w:r>
        <w:rPr>
          <w:b w:val="0"/>
          <w:sz w:val="20"/>
        </w:rPr>
        <w:t>Amtliches Kennzeichen: ______________________________________________________________</w:t>
      </w:r>
    </w:p>
    <w:p/>
    <w:p>
      <w:r>
        <w:rPr>
          <w:b/>
          <w:sz w:val="20"/>
        </w:rPr>
        <w:t>Kaufvertrag vom:</w:t>
      </w:r>
    </w:p>
    <w:p>
      <w:r>
        <w:rPr>
          <w:b w:val="0"/>
          <w:sz w:val="20"/>
        </w:rPr>
        <w:t>________________________________________________________________________________________</w:t>
      </w:r>
    </w:p>
    <w:p/>
    <w:p>
      <w:r>
        <w:rPr>
          <w:b/>
          <w:sz w:val="20"/>
        </w:rPr>
        <w:t>§ 1 – Rückabwicklung des Kaufvertrags</w:t>
      </w:r>
    </w:p>
    <w:p>
      <w:r>
        <w:rPr>
          <w:b w:val="0"/>
          <w:sz w:val="20"/>
        </w:rPr>
        <w:t>Die Vertragsparteien sind sich einig, den zwischen ihnen geschlossenen Kaufvertrag über das oben genannte Fahrzeug rückabzuwickeln. Der Käufer gibt das Fahrzeug an den Verkäufer zurück und der Verkäufer erstattet dem Käufer den Kaufpreis vollständig zurück.</w:t>
      </w:r>
    </w:p>
    <w:p/>
    <w:p>
      <w:r>
        <w:rPr>
          <w:b/>
          <w:sz w:val="20"/>
        </w:rPr>
        <w:t>§ 2 – Fahrzeugrückgabe und Zustand</w:t>
      </w:r>
    </w:p>
    <w:p>
      <w:r>
        <w:rPr>
          <w:b w:val="0"/>
          <w:sz w:val="20"/>
        </w:rPr>
        <w:t>Der Käufer verpflichtet sich, das Fahrzeug in dem Zustand zurückzugeben, in dem es sich bei Übergabe befand, unter Berücksichtigung üblicher Gebrauchsspuren. Etwaige Schäden, die über die üblichen Gebrauchsspuren hinausgehen, sind vom Käufer zu ersetzen.</w:t>
      </w:r>
    </w:p>
    <w:p/>
    <w:p>
      <w:r>
        <w:rPr>
          <w:b/>
          <w:sz w:val="20"/>
        </w:rPr>
        <w:t>§ 3 – Kaufpreisrückzahlung</w:t>
      </w:r>
    </w:p>
    <w:p>
      <w:r>
        <w:rPr>
          <w:b w:val="0"/>
          <w:sz w:val="20"/>
        </w:rPr>
        <w:t>Der Verkäufer verpflichtet sich, dem Käufer den vollständigen Kaufpreis in Höhe von _______________________________ Euro unverzüglich nach Rückgabe des Fahrzeugs zurückzuerstatten.</w:t>
      </w:r>
    </w:p>
    <w:p/>
    <w:p>
      <w:r>
        <w:rPr>
          <w:b/>
          <w:sz w:val="20"/>
        </w:rPr>
        <w:t>§ 4 – Haftungsausschluss für weitere Ansprüche</w:t>
      </w:r>
    </w:p>
    <w:p>
      <w:r>
        <w:rPr>
          <w:b w:val="0"/>
          <w:sz w:val="20"/>
        </w:rPr>
        <w:t>Mit der Rückabwicklung sind sämtliche gegenseitigen Ansprüche aus dem Kaufvertrag abgegolten. Weitere Ansprüche, insbesondere Schadensersatzansprüche, sind ausgeschlossen, soweit sie nicht auf Vorsatz oder grober Fahrlässigkeit beruhen.</w:t>
      </w:r>
    </w:p>
    <w:p/>
    <w:p>
      <w:r>
        <w:rPr>
          <w:b/>
          <w:sz w:val="20"/>
        </w:rPr>
        <w:t>§ 5 – Salvatorische Klausel</w:t>
      </w:r>
    </w:p>
    <w:p>
      <w:r>
        <w:rPr>
          <w:b w:val="0"/>
          <w:sz w:val="20"/>
        </w:rPr>
        <w:t>Sollten einzelne Bestimmungen dieser Vereinbarung unwirksam sein oder werden, so wird die Wirksamkeit der übrigen Bestimmungen hiervon nicht berührt. Die unwirksame Regelung ist durch eine wirksame zu ersetzen, die dem wirtschaftlichen Zweck der unwirksamen Bestimmung am nächsten kommt.</w:t>
      </w:r>
    </w:p>
    <w:p/>
    <w:p>
      <w:r>
        <w:rPr>
          <w:b/>
          <w:sz w:val="20"/>
        </w:rPr>
        <w:t>§ 6 – Schlussbestimmungen</w:t>
      </w:r>
    </w:p>
    <w:p>
      <w:r>
        <w:rPr>
          <w:b w:val="0"/>
          <w:sz w:val="20"/>
        </w:rPr>
        <w:t>Diese Vereinbarung zur Rückabwicklung des Kaufvertrags erfolgt freiwillig und ist von beiden Parteien gelesen, verstanden und unterzeichnet worden.</w:t>
      </w:r>
    </w:p>
    <w:p/>
    <w:p/>
    <w:p>
      <w:r>
        <w:rPr>
          <w:b w:val="0"/>
          <w:sz w:val="20"/>
        </w:rPr>
        <w:t>Ort: ______________________________________________________       Datum: 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Verkäufer</w:t>
            </w:r>
          </w:p>
        </w:tc>
        <w:tc>
          <w:tcPr>
            <w:tcW w:type="dxa" w:w="4986"/>
            <w:tcBorders>
              <w:top w:val="nil"/>
              <w:left w:val="nil"/>
              <w:bottom w:val="nil"/>
              <w:right w:val="nil"/>
              <w:insideH w:val="nil"/>
              <w:insideV w:val="nil"/>
            </w:tcBorders>
          </w:tcPr>
          <w:p>
            <w:pPr>
              <w:jc w:val="center"/>
            </w:pPr>
            <w:r>
              <w:t>Käufer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https://vertraege-experte.com/ruckabwicklung-kaufvertrag-kfz/</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https://vertraege-experte.com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vertraege-experte.com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traege-experte.com/ruckabwicklung-kaufvertrag-kfz/" TargetMode="External"/><Relationship Id="rId10" Type="http://schemas.openxmlformats.org/officeDocument/2006/relationships/hyperlink" Target="https://vertraege-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