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RÜCKTRITT VOM KAUFVERTRAG MÖBEL</w:t>
      </w:r>
    </w:p>
    <w:p/>
    <w:p>
      <w:r>
        <w:rPr>
          <w:b w:val="0"/>
          <w:sz w:val="20"/>
        </w:rPr>
        <w:t>Ort: ____________________________________________    Datum: ____________________________________________</w:t>
      </w:r>
    </w:p>
    <w:p/>
    <w:p/>
    <w:p>
      <w:r>
        <w:rPr>
          <w:b/>
          <w:sz w:val="20"/>
        </w:rPr>
        <w:t>Käufer:</w:t>
      </w:r>
    </w:p>
    <w:p>
      <w:r>
        <w:rPr>
          <w:b w:val="0"/>
          <w:sz w:val="20"/>
        </w:rPr>
        <w:t>Name: ________________________________________________________________________________________________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__________________________________________________________________________________________</w:t>
      </w:r>
    </w:p>
    <w:p/>
    <w:p>
      <w:r>
        <w:rPr>
          <w:b/>
          <w:sz w:val="20"/>
        </w:rPr>
        <w:t>Verkäufer:</w:t>
      </w:r>
    </w:p>
    <w:p>
      <w:r>
        <w:rPr>
          <w:b w:val="0"/>
          <w:sz w:val="20"/>
        </w:rPr>
        <w:t>Name: ________________________________________________________________________________________________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__________________________________________________________________________________________</w:t>
      </w:r>
    </w:p>
    <w:p/>
    <w:p>
      <w:r>
        <w:rPr>
          <w:b/>
          <w:sz w:val="20"/>
        </w:rPr>
        <w:t>Kaufgegenstand:</w:t>
      </w:r>
    </w:p>
    <w:p>
      <w:r>
        <w:rPr>
          <w:b w:val="0"/>
          <w:sz w:val="20"/>
        </w:rPr>
        <w:t>Beschreibung der Möbel: _______________________________________________________________________________</w:t>
      </w:r>
    </w:p>
    <w:p>
      <w:r>
        <w:rPr>
          <w:b w:val="0"/>
          <w:sz w:val="20"/>
        </w:rPr>
        <w:t>Kaufvertrag vom: ___________________________________</w:t>
      </w:r>
    </w:p>
    <w:p>
      <w:r>
        <w:rPr>
          <w:b w:val="0"/>
          <w:sz w:val="20"/>
        </w:rPr>
        <w:t>Kaufpreis: ________________________________________________________________ Euro</w:t>
      </w:r>
    </w:p>
    <w:p/>
    <w:p>
      <w:r>
        <w:rPr>
          <w:b w:val="0"/>
          <w:sz w:val="20"/>
        </w:rPr>
        <w:t>Hiermit erkläre/n ich/wir den Rücktritt vom oben genannten Kaufvertrag über die genannten Möbel.</w:t>
      </w:r>
    </w:p>
    <w:p>
      <w:r>
        <w:rPr>
          <w:b w:val="0"/>
          <w:sz w:val="20"/>
        </w:rPr>
        <w:t>Der Rücktritt erfolgt aufgrund folgender Gründe:</w:t>
      </w:r>
    </w:p>
    <w:p>
      <w:r>
        <w:rPr>
          <w:b w:val="0"/>
          <w:sz w:val="20"/>
        </w:rPr>
        <w:t>_______________________________________________________________________________________________________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_______________________________________________________________________________________________________</w:t>
      </w:r>
    </w:p>
    <w:p/>
    <w:p>
      <w:r>
        <w:rPr>
          <w:b/>
          <w:sz w:val="20"/>
        </w:rPr>
        <w:t>Rechtsgrundlage:</w:t>
      </w:r>
    </w:p>
    <w:p>
      <w:r>
        <w:rPr>
          <w:b w:val="0"/>
          <w:sz w:val="20"/>
        </w:rPr>
        <w:t>Der Rücktritt erfolgt auf Grundlage der gesetzlichen Bestimmungen (§§ 323, 346 BGB) bzw. vertraglicher Rücktrittsrechte.</w:t>
      </w:r>
    </w:p>
    <w:p/>
    <w:p>
      <w:r>
        <w:rPr>
          <w:b/>
          <w:sz w:val="20"/>
        </w:rPr>
        <w:t>Folgen des Rücktritts:</w:t>
      </w:r>
    </w:p>
    <w:p>
      <w:r>
        <w:rPr>
          <w:b w:val="0"/>
          <w:sz w:val="20"/>
        </w:rPr>
        <w:t>Mit Wirksamkeit des Rücktritts sind beide Parteien verpflichtet, bereits erbrachte Leistungen zurückzugewähren.</w:t>
      </w:r>
    </w:p>
    <w:p>
      <w:r>
        <w:rPr>
          <w:b w:val="0"/>
          <w:sz w:val="20"/>
        </w:rPr>
        <w:t>Der Käufer gibt die Möbel zurück und erhält den Kaufpreis vollständig erstattet.</w:t>
      </w:r>
    </w:p>
    <w:p/>
    <w:p>
      <w:r>
        <w:rPr>
          <w:b w:val="0"/>
          <w:sz w:val="20"/>
        </w:rPr>
        <w:t>Sonstige Vereinbarungen bzw. Hinweise:</w:t>
      </w:r>
    </w:p>
    <w:p>
      <w:r>
        <w:rPr>
          <w:b w:val="0"/>
          <w:sz w:val="20"/>
        </w:rPr>
        <w:t>_______________________________________________________________________________________________________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_______________________________________________________________________________________________________</w:t>
      </w:r>
    </w:p>
    <w:p/>
    <w:p/>
    <w:p>
      <w:r>
        <w:rPr>
          <w:b w:val="0"/>
          <w:sz w:val="20"/>
        </w:rPr>
        <w:t>Ort, Datum: ___________________________________________________________________________________________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https://vertraege-experte.com/rucktritt-vom-kaufvertrag-mobel-brief/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rucktritt-vom-kaufvertrag-mobel-brief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