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SONDERKÜNDIGUNG DES HANDYVERTRAGS WEGEN KEINEM NETZ</w:t>
      </w:r>
    </w:p>
    <w:p/>
    <w:p/>
    <w:p>
      <w:r>
        <w:rPr>
          <w:b/>
          <w:sz w:val="22"/>
        </w:rPr>
        <w:t>Kundennummer:</w:t>
      </w:r>
    </w:p>
    <w:p>
      <w:r>
        <w:rPr>
          <w:b/>
          <w:sz w:val="22"/>
        </w:rPr>
        <w:t>Vor- und Nachname:</w:t>
      </w:r>
    </w:p>
    <w:p>
      <w:r>
        <w:rPr>
          <w:b/>
          <w:sz w:val="22"/>
        </w:rPr>
        <w:t>Anschrift:</w:t>
      </w:r>
    </w:p>
    <w:p/>
    <w:p>
      <w:r>
        <w:rPr>
          <w:b/>
          <w:sz w:val="22"/>
        </w:rPr>
        <w:t>Mobilfunkanbieter:</w:t>
      </w:r>
    </w:p>
    <w:p>
      <w:r>
        <w:rPr>
          <w:b/>
          <w:sz w:val="22"/>
        </w:rPr>
        <w:t>Vertragsnummer:</w:t>
      </w:r>
    </w:p>
    <w:p/>
    <w:p>
      <w:r>
        <w:rPr>
          <w:b/>
          <w:sz w:val="22"/>
        </w:rPr>
        <w:t>Betreff: Sonderkündigung meines Mobilfunkvertrags wegen mangelnder Netzversorgung</w:t>
      </w:r>
    </w:p>
    <w:p/>
    <w:p>
      <w:r>
        <w:rPr>
          <w:b w:val="0"/>
          <w:sz w:val="22"/>
        </w:rPr>
        <w:t>Sehr geehrte Damen und Herren,</w:t>
      </w:r>
    </w:p>
    <w:p/>
    <w:p>
      <w:r>
        <w:rPr>
          <w:b w:val="0"/>
          <w:sz w:val="22"/>
        </w:rPr>
        <w:t>hiermit kündige ich meinen Mobilfunkvertrag mit der oben genannten Vertragsnummer außerordentlich und fristlos aufgrund der nicht gegebenen Netzversorgung an meinem Hauptnutzungsort. Trotz mehrfacher Meldungen besteht weiterhin kein ausreichender Empfang, wodurch die vertraglich zugesicherte Leistung nicht erbracht wird.</w:t>
      </w:r>
    </w:p>
    <w:p/>
    <w:p>
      <w:r>
        <w:rPr>
          <w:b w:val="0"/>
          <w:sz w:val="22"/>
        </w:rPr>
        <w:t>Gemäß § 314 BGB ist eine außerordentliche Kündigung aus wichtigem Grund möglich, wenn eine Fortsetzung des Vertragsverhältnisses für mich unzumutbar ist. Die mangelhafte Netzqualität stellt eine erhebliche Vertragsverletzung dar, die eine Fortsetzung des Vertragsverhältnisses unzumutbar macht.</w:t>
      </w:r>
    </w:p>
    <w:p/>
    <w:p>
      <w:r>
        <w:rPr>
          <w:b w:val="0"/>
          <w:sz w:val="22"/>
        </w:rPr>
        <w:t>Ich bitte Sie daher, die Kündigung unverzüglich zu bestätigen und mir den Beendigungszeitpunkt des Vertrages schriftlich mitzuteilen.</w:t>
      </w:r>
    </w:p>
    <w:p/>
    <w:p>
      <w:r>
        <w:rPr>
          <w:b w:val="0"/>
          <w:sz w:val="22"/>
        </w:rPr>
        <w:t>Mit freundlichen Grüßen</w:t>
      </w:r>
    </w:p>
    <w:p/>
    <w:p/>
    <w:p/>
    <w:p>
      <w:r>
        <w:rPr>
          <w:b/>
          <w:sz w:val="22"/>
        </w:rPr>
        <w:t>Ort:</w:t>
      </w:r>
    </w:p>
    <w:p>
      <w:r>
        <w:rPr>
          <w:b/>
          <w:sz w:val="22"/>
        </w:rPr>
        <w:t>Datum:</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Kunde</w:t>
            </w:r>
          </w:p>
        </w:tc>
        <w:tc>
          <w:tcPr>
            <w:tcW w:type="dxa" w:w="4986"/>
            <w:tcBorders>
              <w:top w:val="nil"/>
              <w:left w:val="nil"/>
              <w:bottom w:val="nil"/>
              <w:right w:val="nil"/>
              <w:insideH w:val="nil"/>
              <w:insideV w:val="nil"/>
            </w:tcBorders>
          </w:tcPr>
          <w:p>
            <w:pPr>
              <w:jc w:val="center"/>
            </w:pPr>
            <w:r>
              <w:t>Mobilfunkanbieter</w:t>
            </w:r>
          </w:p>
        </w:tc>
      </w:tr>
      <w:tr>
        <w:tc>
          <w:tcPr>
            <w:tcW w:type="dxa" w:w="4986"/>
            <w:tcBorders>
              <w:top w:val="nil"/>
              <w:left w:val="nil"/>
              <w:bottom w:val="nil"/>
              <w:right w:val="nil"/>
              <w:insideH w:val="nil"/>
              <w:insideV w:val="nil"/>
            </w:tcBorders>
          </w:tcPr>
          <w:p>
            <w:pPr>
              <w:jc w:val="center"/>
            </w:pPr>
            <w:r>
              <w:br/>
              <w:br/>
              <w:t>Unterschrift: ___________________________</w:t>
            </w:r>
          </w:p>
        </w:tc>
        <w:tc>
          <w:tcPr>
            <w:tcW w:type="dxa" w:w="4986"/>
            <w:tcBorders>
              <w:top w:val="nil"/>
              <w:left w:val="nil"/>
              <w:bottom w:val="nil"/>
              <w:right w:val="nil"/>
              <w:insideH w:val="nil"/>
              <w:insideV w:val="nil"/>
            </w:tcBorders>
          </w:tcPr>
          <w:p>
            <w:pPr>
              <w:jc w:val="center"/>
            </w:pPr>
            <w:r>
              <w:br/>
              <w:br/>
              <w:t>Unterschrift: 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https://vertraege-experte.com/sonderkundigung-handyvertrag-kein-netz/</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https://vertraege-experte.com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vertraege-experte.com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traege-experte.com/sonderkundigung-handyvertrag-kein-netz/" TargetMode="External"/><Relationship Id="rId10" Type="http://schemas.openxmlformats.org/officeDocument/2006/relationships/hyperlink" Target="https://vertraege-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