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SONDERKÜNDIGUNG INTERNETVERTRAG UMZUG</w:t>
      </w:r>
    </w:p>
    <w:p/>
    <w:p/>
    <w:p>
      <w:r>
        <w:rPr>
          <w:b/>
          <w:sz w:val="22"/>
        </w:rPr>
        <w:t>Anbieter / Internetanbieter: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Kundennummer / Vertragsnummer:</w:t>
      </w:r>
    </w:p>
    <w:p>
      <w:r>
        <w:rPr>
          <w:b w:val="0"/>
          <w:sz w:val="22"/>
        </w:rPr>
        <w:t>____________________________________________________________</w:t>
      </w:r>
    </w:p>
    <w:p/>
    <w:p/>
    <w:p>
      <w:r>
        <w:rPr>
          <w:b/>
          <w:sz w:val="22"/>
        </w:rPr>
        <w:t>Kundendaten: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Anschrift der bisherigen Wohnung: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Telefonnummer / E-Mail:</w:t>
      </w:r>
    </w:p>
    <w:p>
      <w:r>
        <w:rPr>
          <w:b w:val="0"/>
          <w:sz w:val="22"/>
        </w:rPr>
        <w:t>____________________________________________________________</w:t>
      </w:r>
    </w:p>
    <w:p/>
    <w:p/>
    <w:p>
      <w:r>
        <w:rPr>
          <w:b/>
          <w:sz w:val="22"/>
        </w:rPr>
        <w:t>Betreff: Sonderkündigung meines Internetvertrags wegen Umzug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meinen bestehenden Internetvertrag (Vertragsnummer siehe oben) außerordentlich zum nächstmöglichen Zeitpunkt aufgrund meines Umzugs. Bitte bestätigen Sie mir schriftlich den Eingang dieses Schreibens sowie das Vertragsende.</w:t>
      </w:r>
    </w:p>
    <w:p/>
    <w:p>
      <w:r>
        <w:rPr>
          <w:b w:val="0"/>
          <w:sz w:val="22"/>
        </w:rPr>
        <w:t>Da ich an meiner neuen Adresse Ihren Internetdienst voraussichtlich nicht nutzen kann bzw. dieser dort nicht angeboten wird, mache ich von meinem Sonderkündigungsrecht Gebrauch.</w:t>
      </w:r>
    </w:p>
    <w:p/>
    <w:p>
      <w:r>
        <w:rPr>
          <w:b w:val="0"/>
          <w:sz w:val="22"/>
        </w:rPr>
        <w:t>Die neue Anschrift lautet:</w:t>
      </w:r>
    </w:p>
    <w:p>
      <w:r>
        <w:rPr>
          <w:b w:val="0"/>
          <w:sz w:val="22"/>
        </w:rPr>
        <w:t>____________________________________________________________</w:t>
      </w:r>
    </w:p>
    <w:p/>
    <w:p>
      <w:r>
        <w:rPr>
          <w:b w:val="0"/>
          <w:sz w:val="22"/>
        </w:rPr>
        <w:t>Ich bitte um eine zügige Bearbeitung und die Übersendung einer schriftlichen Kündigungsbestätigung.</w:t>
      </w:r>
    </w:p>
    <w:p/>
    <w:p/>
    <w:p>
      <w:r>
        <w:rPr>
          <w:b w:val="0"/>
          <w:sz w:val="22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/>
    <w:p/>
    <w:p>
      <w:r>
        <w:rPr>
          <w:b w:val="0"/>
          <w:sz w:val="22"/>
        </w:rPr>
        <w:t>Unterschrift Kunde:</w:t>
      </w:r>
    </w:p>
    <w:p>
      <w:r>
        <w:rPr>
          <w:b w:val="0"/>
          <w:sz w:val="22"/>
        </w:rPr>
        <w:t>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https://vertraege-experte.com/sonderkundigung-internet-umzug/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sonderkundigung-internet-umzug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