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4"/>
        </w:rPr>
        <w:t>Antrag auf Glasfaseranschluss der Deutschen Telekom</w:t>
      </w:r>
    </w:p>
    <w:p/>
    <w:p/>
    <w:p>
      <w:r>
        <w:rPr>
          <w:b/>
          <w:sz w:val="22"/>
        </w:rPr>
        <w:t>1. Antragsteller (Name und Adresse)</w:t>
      </w:r>
    </w:p>
    <w:p>
      <w:r>
        <w:rPr>
          <w:b w:val="0"/>
          <w:sz w:val="22"/>
        </w:rPr>
        <w:t>Name: _____________________________________________________________</w:t>
      </w:r>
    </w:p>
    <w:p>
      <w:r>
        <w:rPr>
          <w:b w:val="0"/>
          <w:sz w:val="22"/>
        </w:rPr>
        <w:t>Straße, Hausnummer: ________________________________________________</w:t>
      </w:r>
    </w:p>
    <w:p>
      <w:r>
        <w:rPr>
          <w:b w:val="0"/>
          <w:sz w:val="22"/>
        </w:rPr>
        <w:t>PLZ, Ort: __________________________________________________________</w:t>
      </w:r>
    </w:p>
    <w:p>
      <w:r>
        <w:rPr>
          <w:b w:val="0"/>
          <w:sz w:val="22"/>
        </w:rPr>
        <w:t>Telefon (tagsüber): _________________________________________________</w:t>
      </w:r>
    </w:p>
    <w:p>
      <w:r>
        <w:rPr>
          <w:b w:val="0"/>
          <w:sz w:val="22"/>
        </w:rPr>
        <w:t>E-Mail: ____________________________________________________________</w:t>
      </w:r>
    </w:p>
    <w:p/>
    <w:p/>
    <w:p>
      <w:r>
        <w:rPr>
          <w:b/>
          <w:sz w:val="22"/>
        </w:rPr>
        <w:t>2. Objektanschluss (Anschlussadresse)</w:t>
      </w:r>
    </w:p>
    <w:p>
      <w:r>
        <w:rPr>
          <w:b w:val="0"/>
          <w:sz w:val="22"/>
        </w:rPr>
        <w:t>Straße, Hausnummer: ________________________________________________</w:t>
      </w:r>
    </w:p>
    <w:p>
      <w:r>
        <w:rPr>
          <w:b w:val="0"/>
          <w:sz w:val="22"/>
        </w:rPr>
        <w:t>PLZ, Ort: __________________________________________________________</w:t>
      </w:r>
    </w:p>
    <w:p>
      <w:r>
        <w:rPr>
          <w:b w:val="0"/>
          <w:sz w:val="22"/>
        </w:rPr>
        <w:t>Gebäudetyp: ________________________________________________________</w:t>
      </w:r>
    </w:p>
    <w:p>
      <w:r>
        <w:rPr>
          <w:b w:val="0"/>
          <w:sz w:val="22"/>
        </w:rPr>
        <w:t>Anzahl der Wohneinheiten: __________________________________________</w:t>
      </w:r>
    </w:p>
    <w:p/>
    <w:p/>
    <w:p>
      <w:r>
        <w:rPr>
          <w:b/>
          <w:sz w:val="22"/>
        </w:rPr>
        <w:t>3. Vertragsgegenstand</w:t>
      </w:r>
    </w:p>
    <w:p>
      <w:r>
        <w:rPr>
          <w:b w:val="0"/>
          <w:sz w:val="22"/>
        </w:rPr>
        <w:t>Der Antragsteller beantragt hiermit den Glasfaseranschluss an die Telekommunikationsinfrastruktur der Deutschen Telekom AG für das oben genannte Objekt. Der Anschluss umfasst die Herstellung eines Glasfaser-Hausübergabepunkts und die Verbindung des Objekts mit dem Glasfasernetz der Deutschen Telekom.</w:t>
      </w:r>
    </w:p>
    <w:p/>
    <w:p>
      <w:r>
        <w:rPr>
          <w:b w:val="0"/>
          <w:sz w:val="22"/>
        </w:rPr>
        <w:t>Mit der Unterzeichnung dieses Antrags erklärt der Antragsteller, dass er entweder Eigentümer der Immobilie oder bevollmächtigter Vertreter des Eigentümers ist und die notwendigen Zustimmungen vorliegen.</w:t>
      </w:r>
    </w:p>
    <w:p/>
    <w:p/>
    <w:p>
      <w:r>
        <w:rPr>
          <w:b/>
          <w:sz w:val="22"/>
        </w:rPr>
        <w:t>4. Technische Anschlussdetails (falls bekannt)</w:t>
      </w:r>
    </w:p>
    <w:p>
      <w:r>
        <w:rPr>
          <w:b w:val="0"/>
          <w:sz w:val="22"/>
        </w:rPr>
        <w:t>Gewünschte Bandbreite (z.B. 100 Mbit/s, 1 Gbit/s): _____________________</w:t>
      </w:r>
    </w:p>
    <w:p>
      <w:r>
        <w:rPr>
          <w:b w:val="0"/>
          <w:sz w:val="22"/>
        </w:rPr>
        <w:t>Besondere Hinweise zum Anschluss: ____________________________________</w:t>
      </w:r>
    </w:p>
    <w:p>
      <w:r>
        <w:rPr>
          <w:b w:val="0"/>
          <w:sz w:val="22"/>
        </w:rPr>
        <w:t>_____________________________________________________________________</w:t>
      </w:r>
    </w:p>
    <w:p/>
    <w:p/>
    <w:p>
      <w:r>
        <w:rPr>
          <w:b/>
          <w:sz w:val="22"/>
        </w:rPr>
        <w:t>5. Rechtliche Hinweise</w:t>
      </w:r>
    </w:p>
    <w:p>
      <w:r>
        <w:rPr>
          <w:b w:val="0"/>
          <w:sz w:val="22"/>
        </w:rPr>
        <w:t>Der Antragsteller erkennt an, dass die Deutsche Telekom AG die Herstellung des Glasfaseranschlusses nach technischen und wirtschaftlichen Gesichtspunkten durchführt und sich der Abschluss eines gesonderten Vertrages über die Nutzung des Anschlusses anschließt.</w:t>
      </w:r>
    </w:p>
    <w:p>
      <w:r>
        <w:rPr>
          <w:b w:val="0"/>
          <w:sz w:val="22"/>
        </w:rPr>
        <w:t>Der Antragsteller ist verpflichtet, der Deutschen Telekom AG oder deren Beauftragten den Zugang zum Objekt für die notwendigen Arbeiten zu ermöglichen.</w:t>
      </w:r>
    </w:p>
    <w:p>
      <w:r>
        <w:rPr>
          <w:b w:val="0"/>
          <w:sz w:val="22"/>
        </w:rPr>
        <w:t>Der Antragsteller versichert, dass alle erforderlichen Genehmigungen und Zustimmungen für die Durchführung der Arbeiten vorliegen.</w:t>
      </w:r>
    </w:p>
    <w:p/>
    <w:p/>
    <w:p>
      <w:r>
        <w:rPr>
          <w:b/>
          <w:sz w:val="22"/>
        </w:rPr>
        <w:t>6. Datenschutzhinweis</w:t>
      </w:r>
    </w:p>
    <w:p>
      <w:r>
        <w:rPr>
          <w:b w:val="0"/>
          <w:sz w:val="22"/>
        </w:rPr>
        <w:t>Die im Rahmen dieses Antrags erhobenen personenbezogenen Daten werden ausschließlich zum Zweck der Vertragsabwicklung und Installation des Glasfaseranschlusses verarbeitet und unter Beachtung der geltenden Datenschutzbestimmungen behandelt.</w:t>
      </w:r>
    </w:p>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rPr>
                <w:sz w:val="22"/>
              </w:rPr>
              <w:t>Antragsteller</w:t>
            </w:r>
          </w:p>
        </w:tc>
        <w:tc>
          <w:tcPr>
            <w:tcW w:type="dxa" w:w="4986"/>
            <w:tcBorders>
              <w:top w:val="nil"/>
              <w:left w:val="nil"/>
              <w:bottom w:val="nil"/>
              <w:right w:val="nil"/>
              <w:insideH w:val="nil"/>
              <w:insideV w:val="nil"/>
            </w:tcBorders>
          </w:tcPr>
          <w:p>
            <w:pPr>
              <w:jc w:val="center"/>
            </w:pPr>
            <w:r>
              <w:rPr>
                <w:sz w:val="22"/>
              </w:rPr>
              <w:t>Deutsche Telekom AG</w:t>
            </w:r>
          </w:p>
        </w:tc>
      </w:tr>
      <w:tr>
        <w:tc>
          <w:tcPr>
            <w:tcW w:type="dxa" w:w="4986"/>
            <w:tcBorders>
              <w:top w:val="nil"/>
              <w:left w:val="nil"/>
              <w:bottom w:val="nil"/>
              <w:right w:val="nil"/>
              <w:insideH w:val="nil"/>
              <w:insideV w:val="nil"/>
            </w:tcBorders>
          </w:tcPr>
          <w:p>
            <w:pPr>
              <w:jc w:val="center"/>
            </w:pPr>
            <w:r>
              <w:rPr>
                <w:sz w:val="22"/>
              </w:rPr>
              <w:br/>
              <w:br/>
              <w:t>Unterschrift: ________________________________</w:t>
            </w:r>
          </w:p>
        </w:tc>
        <w:tc>
          <w:tcPr>
            <w:tcW w:type="dxa" w:w="4986"/>
            <w:tcBorders>
              <w:top w:val="nil"/>
              <w:left w:val="nil"/>
              <w:bottom w:val="nil"/>
              <w:right w:val="nil"/>
              <w:insideH w:val="nil"/>
              <w:insideV w:val="nil"/>
            </w:tcBorders>
          </w:tcPr>
          <w:p>
            <w:pPr>
              <w:jc w:val="center"/>
            </w:pPr>
            <w:r>
              <w:rPr>
                <w:sz w:val="22"/>
              </w:rPr>
              <w:br/>
              <w:br/>
              <w:t>Unterschrift: ________________________________</w:t>
            </w:r>
          </w:p>
        </w:tc>
      </w:tr>
      <w:tr>
        <w:tc>
          <w:tcPr>
            <w:tcW w:type="dxa" w:w="4986"/>
            <w:tcBorders>
              <w:top w:val="nil"/>
              <w:left w:val="nil"/>
              <w:bottom w:val="nil"/>
              <w:right w:val="nil"/>
              <w:insideH w:val="nil"/>
              <w:insideV w:val="nil"/>
            </w:tcBorders>
          </w:tcPr>
          <w:p>
            <w:pPr>
              <w:jc w:val="center"/>
            </w:pPr>
            <w:r>
              <w:rPr>
                <w:sz w:val="22"/>
              </w:rPr>
              <w:t>Name: ________________________________________</w:t>
            </w:r>
          </w:p>
        </w:tc>
        <w:tc>
          <w:tcPr>
            <w:tcW w:type="dxa" w:w="4986"/>
            <w:tcBorders>
              <w:top w:val="nil"/>
              <w:left w:val="nil"/>
              <w:bottom w:val="nil"/>
              <w:right w:val="nil"/>
              <w:insideH w:val="nil"/>
              <w:insideV w:val="nil"/>
            </w:tcBorders>
          </w:tcPr>
          <w:p>
            <w:pPr>
              <w:jc w:val="center"/>
            </w:pPr>
            <w:r>
              <w:rPr>
                <w:sz w:val="22"/>
              </w:rPr>
              <w:t>Name: ________________________________________</w:t>
            </w:r>
          </w:p>
        </w:tc>
      </w:tr>
    </w:tbl>
    <w:p/>
    <w:p/>
    <w:p>
      <w:r>
        <w:rPr>
          <w:b w:val="0"/>
          <w:sz w:val="22"/>
        </w:rPr>
        <w:t>Ort: ____________________________________    Datum: _________________________________</w:t>
      </w:r>
    </w:p>
    <w:p>
      <w:r>
        <w:br w:type="page"/>
      </w:r>
    </w:p>
    <w:p>
      <w:pPr>
        <w:jc w:val="center"/>
      </w:pPr>
      <w:r>
        <w:rPr>
          <w:color w:val="555555"/>
          <w:sz w:val="24"/>
        </w:rPr>
        <w:t>Originalquelle dieses Dokuments:</w:t>
      </w:r>
    </w:p>
    <w:p>
      <w:pPr>
        <w:jc w:val="center"/>
      </w:pPr>
      <w:hyperlink r:id="rId9">
        <w:r>
          <w:rPr>
            <w:color w:val="0000FF"/>
            <w:u w:val="single"/>
          </w:rPr>
          <w:t>https://vertraege-experte.com/telekom-glasfaser-antrag/</w:t>
        </w:r>
      </w:hyperlink>
    </w:p>
    <w:p>
      <w:pPr>
        <w:jc w:val="center"/>
      </w:pPr>
      <w:r>
        <w:rPr>
          <w:color w:val="555555"/>
          <w:sz w:val="26"/>
        </w:rPr>
        <w:t>War diese Vorlage für Sie hilfreich?</w:t>
      </w:r>
    </w:p>
    <w:p>
      <w:pPr>
        <w:jc w:val="center"/>
      </w:pPr>
      <w:r>
        <w:rPr>
          <w:color w:val="555555"/>
          <w:sz w:val="26"/>
        </w:rPr>
        <w:t>Weitere aktuelle Vorlagen finden Sie unter:</w:t>
      </w:r>
    </w:p>
    <w:p>
      <w:pPr>
        <w:jc w:val="center"/>
      </w:pPr>
      <w:hyperlink r:id="rId10">
        <w:r>
          <w:rPr>
            <w:color w:val="0000FF"/>
            <w:u w:val="single"/>
          </w:rPr>
          <w:t>https://vertraege-experte.com</w:t>
        </w:r>
      </w:hyperlink>
    </w:p>
    <w:p>
      <w:pPr>
        <w:jc w:val="center"/>
      </w:pPr>
      <w:r>
        <w:rPr>
          <w:color w:val="808080"/>
          <w:sz w:val="20"/>
        </w:rPr>
        <w:t>Diese Vorlage ist ausschließlich für den persönlichen, nicht kommerziellen Gebrauch bestimmt.</w:t>
        <w:br/>
        <w:t>Bei Weitergabe oder Veröffentlichung ist die Nennung der Quelle verpflichtend. © vertraege-experte.com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vertraege-experte.com/telekom-glasfaser-antrag/" TargetMode="External"/><Relationship Id="rId10" Type="http://schemas.openxmlformats.org/officeDocument/2006/relationships/hyperlink" Target="https://vertraege-experte.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