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VERTRAGSÜBERNAHME</w:t>
      </w:r>
    </w:p>
    <w:p/>
    <w:p/>
    <w:p>
      <w:r>
        <w:rPr>
          <w:b/>
          <w:sz w:val="20"/>
        </w:rPr>
        <w:t>Übernehmer:</w:t>
      </w:r>
    </w:p>
    <w:p>
      <w:r>
        <w:rPr>
          <w:b w:val="0"/>
          <w:sz w:val="20"/>
        </w:rPr>
        <w:t>Name: _____________________________________________________________</w:t>
      </w:r>
    </w:p>
    <w:p>
      <w:r>
        <w:rPr>
          <w:b w:val="0"/>
          <w:sz w:val="20"/>
        </w:rPr>
        <w:t>Anschrift: ________________________________________________________</w:t>
      </w:r>
    </w:p>
    <w:p>
      <w:r>
        <w:rPr>
          <w:b w:val="0"/>
          <w:sz w:val="20"/>
        </w:rPr>
        <w:t>Telefon / E-Mail: _________________________________________________</w:t>
      </w:r>
    </w:p>
    <w:p/>
    <w:p>
      <w:r>
        <w:rPr>
          <w:b/>
          <w:sz w:val="20"/>
        </w:rPr>
        <w:t>Abtretender Vertragspartner:</w:t>
      </w:r>
    </w:p>
    <w:p>
      <w:r>
        <w:rPr>
          <w:b w:val="0"/>
          <w:sz w:val="20"/>
        </w:rPr>
        <w:t>Name: _____________________________________________________________</w:t>
      </w:r>
    </w:p>
    <w:p>
      <w:r>
        <w:rPr>
          <w:b w:val="0"/>
          <w:sz w:val="20"/>
        </w:rPr>
        <w:t>Anschrift: ________________________________________________________</w:t>
      </w:r>
    </w:p>
    <w:p>
      <w:r>
        <w:rPr>
          <w:b w:val="0"/>
          <w:sz w:val="20"/>
        </w:rPr>
        <w:t>Telefon / E-Mail: _________________________________________________</w:t>
      </w:r>
    </w:p>
    <w:p/>
    <w:p>
      <w:r>
        <w:rPr>
          <w:b/>
          <w:sz w:val="20"/>
        </w:rPr>
        <w:t>Vertrag:</w:t>
      </w:r>
    </w:p>
    <w:p>
      <w:r>
        <w:rPr>
          <w:b w:val="0"/>
          <w:sz w:val="20"/>
        </w:rPr>
        <w:t>Vertragsart: ______________________________________________________</w:t>
      </w:r>
    </w:p>
    <w:p>
      <w:r>
        <w:rPr>
          <w:b w:val="0"/>
          <w:sz w:val="20"/>
        </w:rPr>
        <w:t>Vertragsnummer / Referenz: _________________________________________</w:t>
      </w:r>
    </w:p>
    <w:p>
      <w:r>
        <w:rPr>
          <w:b w:val="0"/>
          <w:sz w:val="20"/>
        </w:rPr>
        <w:t>Vertragsbeginn: ____________________________________________________</w:t>
      </w:r>
    </w:p>
    <w:p>
      <w:r>
        <w:rPr>
          <w:b w:val="0"/>
          <w:sz w:val="20"/>
        </w:rPr>
        <w:t>Vertragsgegenstand: ________________________________________________</w:t>
      </w:r>
    </w:p>
    <w:p/>
    <w:p>
      <w:r>
        <w:rPr>
          <w:b/>
          <w:sz w:val="20"/>
        </w:rPr>
        <w:t>§ 1 – Übernahme des Vertrags</w:t>
      </w:r>
    </w:p>
    <w:p>
      <w:r>
        <w:rPr>
          <w:b w:val="0"/>
          <w:sz w:val="20"/>
        </w:rPr>
        <w:t>Der Übernehmer übernimmt alle Rechte und Pflichten aus dem oben genannten Vertrag vollständig und tritt an die Stelle des abtretenden Vertragspartners. Mit Wirksamkeit dieser Übernahme geht die Vertragsbeziehung auf den Übernehmer über.</w:t>
      </w:r>
    </w:p>
    <w:p/>
    <w:p>
      <w:r>
        <w:rPr>
          <w:b/>
          <w:sz w:val="20"/>
        </w:rPr>
        <w:t>§ 2 – Haftung</w:t>
      </w:r>
    </w:p>
    <w:p>
      <w:r>
        <w:rPr>
          <w:b w:val="0"/>
          <w:sz w:val="20"/>
        </w:rPr>
        <w:t>Der Übernehmer haftet ab dem Zeitpunkt der Übernahme für alle Pflichten aus dem Vertrag. Der abtretende Vertragspartner haftet für alle Verbindlichkeiten, die bis zum Zeitpunkt der Übernahme entstanden sind.</w:t>
      </w:r>
    </w:p>
    <w:p/>
    <w:p>
      <w:r>
        <w:rPr>
          <w:b/>
          <w:sz w:val="20"/>
        </w:rPr>
        <w:t>§ 3 – Mitwirkungspflichten</w:t>
      </w:r>
    </w:p>
    <w:p>
      <w:r>
        <w:rPr>
          <w:b w:val="0"/>
          <w:sz w:val="20"/>
        </w:rPr>
        <w:t>Beide Parteien verpflichten sich, alle erforderlichen Handlungen vorzunehmen, die zur wirksamen Übertragung und Durchführung des Vertrags notwendig sind.</w:t>
      </w:r>
    </w:p>
    <w:p/>
    <w:p>
      <w:r>
        <w:rPr>
          <w:b/>
          <w:sz w:val="20"/>
        </w:rPr>
        <w:t>§ 4 – Sonstige Vereinbarungen</w:t>
      </w:r>
    </w:p>
    <w:p>
      <w:r>
        <w:rPr>
          <w:b w:val="0"/>
          <w:sz w:val="20"/>
        </w:rPr>
        <w:t>______________________________________________________________</w:t>
        <w:br/>
        <w:t>______________________________________________________________</w:t>
        <w:br/>
        <w:t>______________________________________________________________</w:t>
      </w:r>
    </w:p>
    <w:p/>
    <w:p>
      <w:r>
        <w:rPr>
          <w:b/>
          <w:sz w:val="20"/>
        </w:rPr>
        <w:t>§ 5 – Salvatorische Klausel</w:t>
      </w:r>
    </w:p>
    <w:p>
      <w:r>
        <w:rPr>
          <w:b w:val="0"/>
          <w:sz w:val="20"/>
        </w:rPr>
        <w:t>Sollten einzelne Bestimmungen dieses Vertrags unwirksam sein oder werden, so berührt dies die Wirksamkeit der übrigen Bestimmungen nicht. Die unwirksame Bestimmung ist durch eine wirksame zu ersetzen, die dem wirtschaftlichen Zweck am nächsten kommt.</w:t>
      </w:r>
    </w:p>
    <w:p/>
    <w:p>
      <w:r>
        <w:rPr>
          <w:b/>
          <w:sz w:val="20"/>
        </w:rPr>
        <w:t>§ 6 – Schlussbestimmungen</w:t>
      </w:r>
    </w:p>
    <w:p>
      <w:r>
        <w:rPr>
          <w:b w:val="0"/>
          <w:sz w:val="20"/>
        </w:rPr>
        <w:t>Dieser Vertrag tritt mit Unterzeichnung durch beide Parteien in Kraft. Änderungen und Ergänzungen bedürfen der Schriftform.</w:t>
      </w:r>
    </w:p>
    <w:p/>
    <w:p/>
    <w:p>
      <w:r>
        <w:rPr>
          <w:b w:val="0"/>
          <w:sz w:val="20"/>
        </w:rPr>
        <w:t>Ort: _____________________________________________________________</w:t>
      </w:r>
    </w:p>
    <w:p>
      <w:r>
        <w:rPr>
          <w:b w:val="0"/>
          <w:sz w:val="20"/>
        </w:rPr>
        <w:t>Datum: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Übernehmer</w:t>
            </w:r>
          </w:p>
        </w:tc>
        <w:tc>
          <w:tcPr>
            <w:tcW w:type="dxa" w:w="4986"/>
            <w:tcBorders>
              <w:top w:val="nil"/>
              <w:left w:val="nil"/>
              <w:bottom w:val="nil"/>
              <w:right w:val="nil"/>
              <w:insideH w:val="nil"/>
              <w:insideV w:val="nil"/>
            </w:tcBorders>
          </w:tcPr>
          <w:p>
            <w:pPr>
              <w:jc w:val="center"/>
            </w:pPr>
            <w:r>
              <w:t>Abtretender Vertragspartner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in Druckbuchstaben: ____________________</w:t>
            </w:r>
          </w:p>
        </w:tc>
        <w:tc>
          <w:tcPr>
            <w:tcW w:type="dxa" w:w="4986"/>
            <w:tcBorders>
              <w:top w:val="nil"/>
              <w:left w:val="nil"/>
              <w:bottom w:val="nil"/>
              <w:right w:val="nil"/>
              <w:insideH w:val="nil"/>
              <w:insideV w:val="nil"/>
            </w:tcBorders>
          </w:tcPr>
          <w:p>
            <w:pPr>
              <w:jc w:val="center"/>
            </w:pPr>
            <w:r>
              <w:t>Name in Druckbuchstaben: 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https://vertraege-experte.com/vertragsubernahme/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vertragsubernahme/"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